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d'adjoint administratif territorial – réf. [référence de l'offre]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Attaché au rôle de proximité que joue une collectivité dans le quotidien de ses habitants, je souhaite mettre mes compétences administratives au service de [nom de la commune] en qualité d'adjoint administratif territorial. La qualité de l'accueil et la fiabilité du traitement des dossiers me paraissent essentielles à la confiance que les usagers accordent au service public, et c'est cette exigence que je souhaite porter au sein de vos services.</w:t>
      </w:r>
    </w:p>
    <w:p>
      <w:pPr>
        <w:spacing w:after="200" w:before="0"/>
        <w:jc w:val="both"/>
      </w:pPr>
      <w:r>
        <w:rPr>
          <w:rFonts w:ascii="Calibri" w:hAnsi="Calibri"/>
          <w:b w:val="0"/>
          <w:i w:val="0"/>
          <w:color w:val="1F2937"/>
          <w:sz w:val="22"/>
        </w:rPr>
        <w:t>Titulaire d'un [diplôme / niveau] et fort d'une expérience de [nombre] ans en [gestion administrative / accueil / secrétariat], j'ai développé une solide maîtrise des outils bureautiques, de la rédaction de courriers et de la gestion de l'accueil physique et téléphonique. Au sein de [ancien employeur], j'ai notamment [exemple concret : traité l'état civil, instruit des dossiers d'aide sociale, géré un standard de X appels par jour], en veillant toujours à la confidentialité des informations et à l'égalité de traitement de chaque interlocuteur.</w:t>
      </w:r>
    </w:p>
    <w:p>
      <w:pPr>
        <w:spacing w:after="200" w:before="0"/>
        <w:jc w:val="both"/>
      </w:pPr>
      <w:r>
        <w:rPr>
          <w:rFonts w:ascii="Calibri" w:hAnsi="Calibri"/>
          <w:b w:val="0"/>
          <w:i w:val="0"/>
          <w:color w:val="1F2937"/>
          <w:sz w:val="22"/>
        </w:rPr>
        <w:t>Rigoureux, organisé et doté d'un réel sens du service, je m'attache à respecter les procédures et les délais tout en gardant le souci de la relation à l'usager. Les valeurs de neutralité, de continuité et d'intérêt général qui fondent le service public correspondent pleinement à ma manière de travailler, et je suis prêt à m'investir durablement dans les missions confiées par [nom de la commune].</w:t>
      </w:r>
    </w:p>
    <w:p>
      <w:pPr>
        <w:spacing w:after="200" w:before="0"/>
        <w:jc w:val="both"/>
      </w:pPr>
      <w:r>
        <w:rPr>
          <w:rFonts w:ascii="Calibri" w:hAnsi="Calibri"/>
          <w:b w:val="0"/>
          <w:i w:val="0"/>
          <w:color w:val="1F2937"/>
          <w:sz w:val="22"/>
        </w:rPr>
        <w:t>Je me tiens à votre disposition pour un entretien au cours duquel je pourrai vous exposer plus en détail ma motivation. Dans cette attente, je vous prie d'agréer, Madame, Monsieur, l'expression de ma considération distinguée.</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