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d'agent d'entretien des espaces verts</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Passionné par le travail en plein air et attaché à la qualité du cadre de vie de notre commune, je souhaite mettre mon énergie et mon sérieux au service des espaces verts de la Ville de [Ville]. C'est avec un réel intérêt que je vous adresse ma candidature au poste d'agent d'entretien des espaces verts que vous proposez [préciser : offre parue le…, candidature spontanée].</w:t>
      </w:r>
    </w:p>
    <w:p>
      <w:pPr>
        <w:spacing w:after="200" w:before="0"/>
        <w:jc w:val="both"/>
      </w:pPr>
      <w:r>
        <w:rPr>
          <w:rFonts w:ascii="Calibri" w:hAnsi="Calibri"/>
          <w:b w:val="0"/>
          <w:i w:val="0"/>
          <w:color w:val="1F2937"/>
          <w:sz w:val="22"/>
        </w:rPr>
        <w:t>Au cours de [mon expérience / ma formation en travaux paysagers / mes travaux d'entretien], j'ai appris à réaliser l'ensemble des tâches courantes du métier : tonte des pelouses, taille des haies et des arbustes, désherbage, débroussaillage, ramassage des feuilles ainsi que l'arrosage et l'entretien des massifs. Je maîtrise l'utilisation et l'entretien du matériel — tondeuse, débroussailleuse et taille-haie — et j'applique rigoureusement les consignes de sécurité, notamment le port des équipements de protection et la sécurisation des zones d'intervention.</w:t>
      </w:r>
    </w:p>
    <w:p>
      <w:pPr>
        <w:spacing w:after="200" w:before="0"/>
        <w:jc w:val="both"/>
      </w:pPr>
      <w:r>
        <w:rPr>
          <w:rFonts w:ascii="Calibri" w:hAnsi="Calibri"/>
          <w:b w:val="0"/>
          <w:i w:val="0"/>
          <w:color w:val="1F2937"/>
          <w:sz w:val="22"/>
        </w:rPr>
        <w:t>Habitué à travailler en extérieur par tous les temps, je m'adapte sans difficulté à la saisonnalité de l'activité, des périodes intensives de tonte au printemps à l'élagage en hiver. Autonome mais aimant le travail en équipe, ponctuel et endurant, je sais suivre les consignes d'un responsable et prendre soin du domaine public comme s'il était le mien. [Je suis titulaire du permis B et du CAPA Travaux paysagers / Je débute dans ce métier mais je suis pleinement motivé pour apprendre et m'investir durablement.]</w:t>
      </w:r>
    </w:p>
    <w:p>
      <w:pPr>
        <w:spacing w:after="200" w:before="0"/>
        <w:jc w:val="both"/>
      </w:pPr>
      <w:r>
        <w:rPr>
          <w:rFonts w:ascii="Calibri" w:hAnsi="Calibri"/>
          <w:b w:val="0"/>
          <w:i w:val="0"/>
          <w:color w:val="1F2937"/>
          <w:sz w:val="22"/>
        </w:rPr>
        <w:t>Disponible rapidement et mobile sur l'ensemble de la commune, je serais très heureux de vous exposer ma motivation lors d'un entretien. Je vous remercie de l'attention portée à ma candidature et me tiens à votre disposition pour tout complément d'information.</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