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[First name LAST NAME]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[Address]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[Postcode – City]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[Company name]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For the attention of [Recruiter’s name]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[Company address]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[City],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Subject: Application for the position of [Job title] – Ref. [Reference number]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Dear Sir or Madam,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I am writing to apply for the position of [Job title] advertised on [website / job board]. As a [current job title] with [number] years of experience in [field or industry], I was immediately drawn to an opportunity that combines [key aspect of the role] with the values [Company name] is known for.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In my current role at [Current company], I [key achievement with a figure, e.g. "grew online revenue by 30% in eighteen months"] and [second achievement, e.g. "led a cross-functional team of six across three countries"]. These results were driven by my expertise in [relevant skill 1] and [relevant skill 2], both of which are central to the role you are advertising.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I am particularly interested in [Company name] because [specific reason: recent project, mission, product or market position]. I am confident that my background in [area of expertise] would allow me to contribute quickly to [specific goal or team], while continuing to develop within a company I genuinely admire.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I would welcome the opportunity to discuss how my experience could benefit your team. Thank you for taking the time to consider my application; I look forward to hearing from you.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Yours faithfully,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[First name LAST NAME]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