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Candidature pour intégrer le [nom du programme / diplôme visé] — rentrée [année]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Sensible à la place que [Nom de l'école] accorde à [valeur ou axe pédagogique concret : l'entrepreneuriat à impact, l'international, la pédagogie par projets…], j'ai la conviction que votre [nom du programme] correspond précisément à l'orientation que je souhaite donner à mes études. C'est dans cet esprit que je vous adresse ma candidature.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Actuellement en [classe / diplôme en cours] à [établissement actuel], j'ai construit un parcours cohérent autour de [domaine ou centre d'intérêt]. [Réalisation ou expérience marquante : stage, projet, engagement associatif, résultat obtenu], qui m'a permis de développer [compétence : rigueur, sens du travail en équipe, autonomie]. Cette expérience a confirmé mon souhait de me spécialiser dans [domaine], et de le faire au sein d'un environnement exigeant et stimulant.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Le choix de votre école n'est pas le fruit du hasard. J'ai étudié [élément précis : la maquette pédagogique, une spécialisation, le réseau d'anciens, un partenariat, un laboratoire], et j'y retrouve les moyens concrets de mener à bien mon projet : [objectif d'études puis projet professionnel]. La dimension [caractéristique de l'école : professionnalisante, internationale, ancrée dans un secteur] me semble particulièrement adaptée à cette ambition, à laquelle je souhaite contribuer par [ce que le candidat apporte : engagement, curiosité, expérience].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serais très honoré de pouvoir défendre ma candidature lors d'un entretien et de vous démontrer ma motivation à intégrer [Nom de l'école]. Je me tiens à votre entière disposition pour tout échange ou épreuve de sélection.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