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before="0"/>
      </w:pPr>
      <w:r>
        <w:rPr>
          <w:rFonts w:ascii="Calibri" w:hAnsi="Calibri"/>
          <w:b/>
          <w:i w:val="0"/>
          <w:color w:val="1F2937"/>
          <w:sz w:val="24"/>
        </w:rPr>
        <w:t>[Prénom NOM]</w:t>
      </w:r>
    </w:p>
    <w:p>
      <w:pPr>
        <w:spacing w:after="20" w:before="0"/>
      </w:pPr>
      <w:r>
        <w:rPr>
          <w:rFonts w:ascii="Calibri" w:hAnsi="Calibri"/>
          <w:b w:val="0"/>
          <w:i w:val="0"/>
          <w:color w:val="556070"/>
          <w:sz w:val="20"/>
        </w:rPr>
        <w:t>[Adresse]</w:t>
      </w:r>
    </w:p>
    <w:p>
      <w:pPr>
        <w:spacing w:after="20" w:before="0"/>
      </w:pPr>
      <w:r>
        <w:rPr>
          <w:rFonts w:ascii="Calibri" w:hAnsi="Calibri"/>
          <w:b w:val="0"/>
          <w:i w:val="0"/>
          <w:color w:val="556070"/>
          <w:sz w:val="20"/>
        </w:rPr>
        <w:t>[Code postal – Ville]</w:t>
      </w:r>
    </w:p>
    <w:p>
      <w:pPr>
        <w:spacing w:after="20" w:before="0"/>
      </w:pPr>
      <w:r>
        <w:rPr>
          <w:rFonts w:ascii="Calibri" w:hAnsi="Calibri"/>
          <w:b w:val="0"/>
          <w:i w:val="0"/>
          <w:color w:val="556070"/>
          <w:sz w:val="20"/>
        </w:rPr>
        <w:t>[Téléphone] – [Email]</w:t>
      </w:r>
    </w:p>
    <w:p>
      <w:pPr>
        <w:spacing w:after="20" w:before="0"/>
        <w:jc w:val="right"/>
      </w:pPr>
      <w:r>
        <w:rPr>
          <w:rFonts w:ascii="Calibri" w:hAnsi="Calibri"/>
          <w:b w:val="0"/>
          <w:i w:val="0"/>
          <w:color w:val="1F2937"/>
          <w:sz w:val="20"/>
        </w:rPr>
        <w:t>[Nom de l’entreprise]</w:t>
      </w:r>
    </w:p>
    <w:p>
      <w:pPr>
        <w:spacing w:after="20" w:before="0"/>
        <w:jc w:val="right"/>
      </w:pPr>
      <w:r>
        <w:rPr>
          <w:rFonts w:ascii="Calibri" w:hAnsi="Calibri"/>
          <w:b w:val="0"/>
          <w:i w:val="0"/>
          <w:color w:val="1F2937"/>
          <w:sz w:val="20"/>
        </w:rPr>
        <w:t>À l’attention de [Nom du recruteur]</w:t>
      </w:r>
    </w:p>
    <w:p>
      <w:pPr>
        <w:spacing w:after="20" w:before="0"/>
        <w:jc w:val="right"/>
      </w:pPr>
      <w:r>
        <w:rPr>
          <w:rFonts w:ascii="Calibri" w:hAnsi="Calibri"/>
          <w:b w:val="0"/>
          <w:i w:val="0"/>
          <w:color w:val="1F2937"/>
          <w:sz w:val="20"/>
        </w:rPr>
        <w:t>[Adresse de l’entreprise]</w:t>
      </w:r>
    </w:p>
    <w:p>
      <w:pPr>
        <w:spacing w:after="120" w:before="0"/>
      </w:pPr>
      <w:r>
        <w:rPr>
          <w:rFonts w:ascii="Calibri" w:hAnsi="Calibri"/>
          <w:b w:val="0"/>
          <w:i w:val="0"/>
          <w:color w:val="1F2937"/>
          <w:sz w:val="22"/>
        </w:rPr>
      </w:r>
    </w:p>
    <w:p>
      <w:pPr>
        <w:spacing w:after="240" w:before="0"/>
        <w:jc w:val="right"/>
      </w:pPr>
      <w:r>
        <w:rPr>
          <w:rFonts w:ascii="Calibri" w:hAnsi="Calibri"/>
          <w:b w:val="0"/>
          <w:i w:val="0"/>
          <w:color w:val="1F2937"/>
          <w:sz w:val="22"/>
        </w:rPr>
        <w:t>[Ville], le [date]</w:t>
      </w:r>
    </w:p>
    <w:p>
      <w:pPr>
        <w:spacing w:after="280" w:before="0"/>
      </w:pPr>
      <w:r>
        <w:rPr>
          <w:rFonts w:ascii="Calibri" w:hAnsi="Calibri"/>
          <w:b/>
          <w:i w:val="0"/>
          <w:color w:val="1F2937"/>
          <w:sz w:val="22"/>
        </w:rPr>
        <w:t>Objet : Candidature au poste d'auxiliaire de vie</w:t>
      </w:r>
    </w:p>
    <w:p>
      <w:pPr>
        <w:spacing w:after="200" w:before="0"/>
      </w:pPr>
      <w:r>
        <w:rPr>
          <w:rFonts w:ascii="Calibri" w:hAnsi="Calibri"/>
          <w:b w:val="0"/>
          <w:i w:val="0"/>
          <w:color w:val="1F2937"/>
          <w:sz w:val="22"/>
        </w:rPr>
        <w:t>Madame, Monsieur,</w:t>
      </w:r>
    </w:p>
    <w:p>
      <w:pPr>
        <w:spacing w:after="200" w:before="0"/>
        <w:jc w:val="both"/>
      </w:pPr>
      <w:r>
        <w:rPr>
          <w:rFonts w:ascii="Calibri" w:hAnsi="Calibri"/>
          <w:b w:val="0"/>
          <w:i w:val="0"/>
          <w:color w:val="1F2937"/>
          <w:sz w:val="22"/>
        </w:rPr>
        <w:t>Accompagner une personne dans les gestes du quotidien, préserver son autonomie et sa dignité tout en lui apportant une présence rassurante : c'est le sens que je donne au métier d'auxiliaire de vie. C'est avec conviction que je vous adresse ma candidature pour rejoindre [nom de la structure], dont l'engagement au service du maintien à domicile correspond à mes valeurs.</w:t>
      </w:r>
    </w:p>
    <w:p>
      <w:pPr>
        <w:spacing w:after="200" w:before="0"/>
        <w:jc w:val="both"/>
      </w:pPr>
      <w:r>
        <w:rPr>
          <w:rFonts w:ascii="Calibri" w:hAnsi="Calibri"/>
          <w:b w:val="0"/>
          <w:i w:val="0"/>
          <w:color w:val="1F2937"/>
          <w:sz w:val="22"/>
        </w:rPr>
        <w:t>Titulaire du Diplôme d'État d'Accompagnant Éducatif et Social [ou : forte d'une expérience de plusieurs années auprès de mes proches et désireuse de me former au DEAES], j'ai accompagné des personnes âgées et en situation de handicap dans les actes essentiels de la vie : aide à la toilette et à l'habillage, préparation de repas adaptés, aide à la mobilité et aux déplacements, entretien du logement et accompagnement aux courses. J'ai appris à instaurer une relation de confiance, à observer les évolutions de l'état de la personne et à alerter la famille ou l'équipe en cas de besoin.</w:t>
      </w:r>
    </w:p>
    <w:p>
      <w:pPr>
        <w:spacing w:after="200" w:before="0"/>
        <w:jc w:val="both"/>
      </w:pPr>
      <w:r>
        <w:rPr>
          <w:rFonts w:ascii="Calibri" w:hAnsi="Calibri"/>
          <w:b w:val="0"/>
          <w:i w:val="0"/>
          <w:color w:val="1F2937"/>
          <w:sz w:val="22"/>
        </w:rPr>
        <w:t>La patience, la discrétion et le respect de l'intimité guident mon travail au quotidien. Auprès de [Madame X / d'une personne atteinte de la maladie d'Alzheimer], j'ai su adapter mon rythme au sien, dédramatiser les moments difficiles et maintenir un climat serein. Autonome et organisée, je gère mes interventions avec ponctualité et je sais faire face aux imprévus. Je dispose du permis B et d'un véhicule personnel, ce qui me permet d'assurer des interventions sur [secteur géographique] y compris les week-ends.</w:t>
      </w:r>
    </w:p>
    <w:p>
      <w:pPr>
        <w:spacing w:after="200" w:before="0"/>
        <w:jc w:val="both"/>
      </w:pPr>
      <w:r>
        <w:rPr>
          <w:rFonts w:ascii="Calibri" w:hAnsi="Calibri"/>
          <w:b w:val="0"/>
          <w:i w:val="0"/>
          <w:color w:val="1F2937"/>
          <w:sz w:val="22"/>
        </w:rPr>
        <w:t>Je serais heureuse de mettre mon sérieux et mon sens de l'écoute au service des personnes que vous accompagnez. Disponible dès [date], je me tiens à votre disposition pour un entretien afin de vous exposer plus en détail ma motivation.</w:t>
      </w:r>
    </w:p>
    <w:p>
      <w:pPr>
        <w:spacing w:after="360" w:before="0"/>
        <w:jc w:val="both"/>
      </w:pPr>
      <w:r>
        <w:rPr>
          <w:rFonts w:ascii="Calibri" w:hAnsi="Calibri"/>
          <w:b w:val="0"/>
          <w:i w:val="0"/>
          <w:color w:val="1F2937"/>
          <w:sz w:val="22"/>
        </w:rPr>
        <w:t>Je vous prie d’agréer, Madame, Monsieur, l’expression de mes salutations distinguées.</w:t>
      </w:r>
    </w:p>
    <w:p>
      <w:pPr>
        <w:spacing w:after="40" w:before="0"/>
        <w:jc w:val="right"/>
      </w:pPr>
      <w:r>
        <w:rPr>
          <w:rFonts w:ascii="Calibri" w:hAnsi="Calibri"/>
          <w:b/>
          <w:i w:val="0"/>
          <w:color w:val="1F2937"/>
          <w:sz w:val="22"/>
        </w:rPr>
        <w:t>[Prénom NOM]</w:t>
      </w:r>
    </w:p>
    <w:p>
      <w:pPr>
        <w:spacing w:after="0" w:before="0"/>
        <w:jc w:val="right"/>
      </w:pPr>
      <w:r>
        <w:rPr>
          <w:rFonts w:ascii="Calibri" w:hAnsi="Calibri"/>
          <w:b w:val="0"/>
          <w:i/>
          <w:color w:val="556070"/>
          <w:sz w:val="20"/>
        </w:rPr>
        <w:t>[Signature]</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