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d'agent territorial spécialisé des écoles maternelles (ATSEM)</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Ayant pris connaissance de votre offre pour un poste d'ATSEM au sein de l'école maternelle [nom de l'école], je souhaite vous présenter ma candidature. Attachée à l'épanouissement des jeunes enfants et sensible à la qualité de l'accueil offert par votre commune, je serais honorée de contribuer au bon fonctionnement de votre école.</w:t>
      </w:r>
    </w:p>
    <w:p>
      <w:pPr>
        <w:spacing w:after="200" w:before="0"/>
        <w:jc w:val="both"/>
      </w:pPr>
      <w:r>
        <w:rPr>
          <w:rFonts w:ascii="Calibri" w:hAnsi="Calibri"/>
          <w:b w:val="0"/>
          <w:i w:val="0"/>
          <w:color w:val="1F2937"/>
          <w:sz w:val="22"/>
        </w:rPr>
        <w:t>Titulaire du CAP Accompagnant éducatif petite enfance [et lauréate du concours d'ATSEM, à préciser selon votre situation], j'ai acquis lors de mes [stages / expériences] auprès de jeunes enfants une réelle connaissance de leurs besoins. J'ai notamment accompagné les gestes du quotidien — habillage, hygiène, repas, sieste — tout en veillant en permanence à la sécurité du groupe. Lors de la pause méridienne, j'ai appris à encadrer les enfants dans le respect des règles d'hygiène alimentaire et des régimes particuliers. J'ai également assisté l'enseignant dans la préparation des ateliers et l'entretien du matériel, ce qui m'a familiarisée avec la polyvalence propre à ce métier.</w:t>
      </w:r>
    </w:p>
    <w:p>
      <w:pPr>
        <w:spacing w:after="200" w:before="0"/>
        <w:jc w:val="both"/>
      </w:pPr>
      <w:r>
        <w:rPr>
          <w:rFonts w:ascii="Calibri" w:hAnsi="Calibri"/>
          <w:b w:val="0"/>
          <w:i w:val="0"/>
          <w:color w:val="1F2937"/>
          <w:sz w:val="22"/>
        </w:rPr>
        <w:t>Patiente, organisée et dotée d'un vrai sens du travail en équipe, je sais m'adapter aux imprévus et instaurer un climat de confiance avec les enfants comme avec les familles. Je porte une attention constante aux règles d'hygiène et de sécurité, indispensables dans un environnement accueillant de très jeunes enfants.</w:t>
      </w:r>
    </w:p>
    <w:p>
      <w:pPr>
        <w:spacing w:after="200" w:before="0"/>
        <w:jc w:val="both"/>
      </w:pPr>
      <w:r>
        <w:rPr>
          <w:rFonts w:ascii="Calibri" w:hAnsi="Calibri"/>
          <w:b w:val="0"/>
          <w:i w:val="0"/>
          <w:color w:val="1F2937"/>
          <w:sz w:val="22"/>
        </w:rPr>
        <w:t>Je serais très heureuse de mettre ces qualités au service de votre équipe éducative et de m'investir durablement au sein de votre commune. Je me tiens à votre disposition pour un entretien au cours duquel je pourrai vous exposer plus en détail ma motivation.</w:t>
      </w:r>
    </w:p>
    <w:p>
      <w:pPr>
        <w:spacing w:after="36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