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A580C"/>
              <w:left w:val="single" w:sz="12" w:space="6" w:color="EA580C"/>
              <w:bottom w:val="single" w:sz="12" w:space="6" w:color="EA580C"/>
              <w:right w:val="single" w:sz="12" w:space="6" w:color="EA580C"/>
            </w:tcBorders>
          </w:tcPr>
          <w:p>
            <w:pPr>
              <w:spacing w:before="80"/>
            </w:pP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EA580C"/>
                <w:sz w:val="28"/>
              </w:rPr>
              <w:t>[Prénom Nom]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[Téléphone] · [Email]</w:t>
            </w:r>
          </w:p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l’entreprise]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À l’attention de [service / recruteur]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Candidature en alternance — [intitulé] (contrat d’apprentissage / de professionnalisation)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Actuellement en [formation / diplôme préparé] à [établissement], je recherche une alternance de [durée] à compter de [date], selon un rythme de [ex. 3 semaines en entreprise / 1 semaine en cours]. Votre entreprise [nom] correspond exactement au cadre dans lequel je souhaite me former.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Le poste de [intitulé] me permettrait de mettre en pratique les compétences acquises en formation — [matières / compétences] — tout en apprenant votre métier au contact de vos équipes.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Sérieux(se) et motivé(e), j’ai déjà [expérience / projet / stage] au cours duquel j’ai [réalisation]. Je m’investirai pleinement pour être rapidement autonome et utile.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Mon établissement prend en charge les démarches administratives liées au contrat d’alternance. Je me tiens à votre disposition pour un entretien.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En alternance, la formation est financée par l’OPCO (aucun frais pour l’entreprise), qui bénéficie en outre d’aides à l’embauche d’un alternant.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