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à une alternance de [intitulé du poste] en contrat d'apprentissage, à compter de [mois année]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Actuellement en préparation d'un [intitulé du diplôme, ex. : Bachelor Marketing digital] au sein de [nom de l'école/CFA], je recherche une entreprise pour une alternance de [durée, ex. : deux ans] selon un rythme de [ex. : trois jours en entreprise et deux jours en formation]. Votre développement récent sur [projet, marché ou actualité précise de l'entreprise] a particulièrement retenu mon attention et correspond au domaine dans lequel je souhaite construire mon expérience.</w:t>
      </w:r>
    </w:p>
    <w:p>
      <w:pPr>
        <w:spacing w:after="200" w:before="0"/>
        <w:jc w:val="both"/>
      </w:pPr>
      <w:r>
        <w:rPr>
          <w:rFonts w:ascii="Calibri" w:hAnsi="Calibri"/>
          <w:b w:val="0"/>
          <w:i w:val="0"/>
          <w:color w:val="1F2937"/>
          <w:sz w:val="22"/>
        </w:rPr>
        <w:t>Ce métier m'attire parce que [raison sincère et concrète : goût pour la relation client, la data, la création, etc.]. Ma formation m'apporte les bases théoriques en [compétences clés : gestion de campagnes, outils analytiques, communication], que je souhaite désormais confronter au terrain. Lors de [stage, projet scolaire ou expérience], j'ai [réalisation concrète et chiffrée si possible], ce qui m'a permis de développer [qualité : autonomie, rigueur, sens du collectif].</w:t>
      </w:r>
    </w:p>
    <w:p>
      <w:pPr>
        <w:spacing w:after="200" w:before="0"/>
        <w:jc w:val="both"/>
      </w:pPr>
      <w:r>
        <w:rPr>
          <w:rFonts w:ascii="Calibri" w:hAnsi="Calibri"/>
          <w:b w:val="0"/>
          <w:i w:val="0"/>
          <w:color w:val="1F2937"/>
          <w:sz w:val="22"/>
        </w:rPr>
        <w:t>Intégrer [nom de l'entreprise] en alternance me permettrait de mettre ces acquis au service de vos équipes tout en montant en compétences à vos côtés. J'ai conscience de l'investissement que représente la formation d'un alternant : vous pouvez compter sur mon sérieux, ma disponibilité et ma volonté de m'inscrire durablement dans votre organisation.</w:t>
      </w:r>
    </w:p>
    <w:p>
      <w:pPr>
        <w:spacing w:after="200" w:before="0"/>
        <w:jc w:val="both"/>
      </w:pPr>
      <w:r>
        <w:rPr>
          <w:rFonts w:ascii="Calibri" w:hAnsi="Calibri"/>
          <w:b w:val="0"/>
          <w:i w:val="0"/>
          <w:color w:val="1F2937"/>
          <w:sz w:val="22"/>
        </w:rPr>
        <w:t>Je me tiens à votre disposition pour un entretien et peux vous transmettre le calendrier détaillé de mon alternance. Dans l'attente de votre réponse, 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