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d'aide-soignant(e)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Votre EHPAD [nom de l'établissement] recrute un(e) aide-soignant(e) pour son unité [préciser : unité protégée, hébergement, etc.]. Titulaire du Diplôme d'État d'aide-soignant obtenu en [année] à [institut de formation], je souhaite mettre mes compétences au service de l'accompagnement des résidents que vous accueillez.</w:t>
      </w:r>
    </w:p>
    <w:p>
      <w:pPr>
        <w:spacing w:after="200" w:before="0"/>
        <w:jc w:val="both"/>
      </w:pPr>
      <w:r>
        <w:rPr>
          <w:rFonts w:ascii="Calibri" w:hAnsi="Calibri"/>
          <w:b w:val="0"/>
          <w:i w:val="0"/>
          <w:color w:val="1F2937"/>
          <w:sz w:val="22"/>
        </w:rPr>
        <w:t>Au cours de ma formation et de mon expérience en [service de gériatrie / SSR / à domicile], j'ai assuré quotidiennement les soins d'hygiène et de confort, l'aide au lever, à la toilette et aux repas, la surveillance de l'état clinique et la prévention des escarres. J'accorde une attention constante au respect des protocoles d'hygiène et à la traçabilité de mes observations, transmises avec précision à l'équipe infirmière.</w:t>
      </w:r>
    </w:p>
    <w:p>
      <w:pPr>
        <w:spacing w:after="200" w:before="0"/>
        <w:jc w:val="both"/>
      </w:pPr>
      <w:r>
        <w:rPr>
          <w:rFonts w:ascii="Calibri" w:hAnsi="Calibri"/>
          <w:b w:val="0"/>
          <w:i w:val="0"/>
          <w:color w:val="1F2937"/>
          <w:sz w:val="22"/>
        </w:rPr>
        <w:t>Au-delà de la technique, l'accompagnement des personnes âgées exige de la patience et une réelle écoute. Lors de mon stage en unité de vie, j'ai accompagné une résidente désorientée en instaurant une relation de confiance qui a apaisé son anxiété au moment des soins. C'est ce sens du contact humain, allié à ma rigueur et à ma résistance dans les situations difficiles, que je souhaite mettre au service de votre équipe.</w:t>
      </w:r>
    </w:p>
    <w:p>
      <w:pPr>
        <w:spacing w:after="200" w:before="0"/>
        <w:jc w:val="both"/>
      </w:pPr>
      <w:r>
        <w:rPr>
          <w:rFonts w:ascii="Calibri" w:hAnsi="Calibri"/>
          <w:b w:val="0"/>
          <w:i w:val="0"/>
          <w:color w:val="1F2937"/>
          <w:sz w:val="22"/>
        </w:rPr>
        <w:t>Sensible à la qualité du projet d'accompagnement porté par votre établissement, je serais très heureux(se) de contribuer au bien-être quotidien de vos résidents. Je me tiens à votre disposition pour un entretien afin de vous exposer ma motivation plus en détail.</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