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 w:before="0"/>
      </w:pPr>
      <w:r>
        <w:rPr>
          <w:rFonts w:ascii="Calibri" w:hAnsi="Calibri"/>
          <w:b/>
          <w:i w:val="0"/>
          <w:color w:val="1F2937"/>
          <w:sz w:val="24"/>
        </w:rPr>
        <w:t>[Prénom NOM]</w:t>
      </w:r>
    </w:p>
    <w:p>
      <w:pPr>
        <w:spacing w:after="20" w:before="0"/>
      </w:pPr>
      <w:r>
        <w:rPr>
          <w:rFonts w:ascii="Calibri" w:hAnsi="Calibri"/>
          <w:b w:val="0"/>
          <w:i w:val="0"/>
          <w:color w:val="556070"/>
          <w:sz w:val="20"/>
        </w:rPr>
        <w:t>[Adresse]</w:t>
      </w:r>
    </w:p>
    <w:p>
      <w:pPr>
        <w:spacing w:after="20" w:before="0"/>
      </w:pPr>
      <w:r>
        <w:rPr>
          <w:rFonts w:ascii="Calibri" w:hAnsi="Calibri"/>
          <w:b w:val="0"/>
          <w:i w:val="0"/>
          <w:color w:val="556070"/>
          <w:sz w:val="20"/>
        </w:rPr>
        <w:t>[Code postal – Ville]</w:t>
      </w:r>
    </w:p>
    <w:p>
      <w:pPr>
        <w:spacing w:after="20" w:before="0"/>
      </w:pPr>
      <w:r>
        <w:rPr>
          <w:rFonts w:ascii="Calibri" w:hAnsi="Calibri"/>
          <w:b w:val="0"/>
          <w:i w:val="0"/>
          <w:color w:val="556070"/>
          <w:sz w:val="20"/>
        </w:rPr>
        <w:t>[Téléphone] – [Email]</w:t>
      </w:r>
    </w:p>
    <w:p>
      <w:pPr>
        <w:spacing w:after="20" w:before="0"/>
        <w:jc w:val="right"/>
      </w:pPr>
      <w:r>
        <w:rPr>
          <w:rFonts w:ascii="Calibri" w:hAnsi="Calibri"/>
          <w:b w:val="0"/>
          <w:i w:val="0"/>
          <w:color w:val="1F2937"/>
          <w:sz w:val="20"/>
        </w:rPr>
        <w:t>[Nom de l’entreprise]</w:t>
      </w:r>
    </w:p>
    <w:p>
      <w:pPr>
        <w:spacing w:after="20" w:before="0"/>
        <w:jc w:val="right"/>
      </w:pPr>
      <w:r>
        <w:rPr>
          <w:rFonts w:ascii="Calibri" w:hAnsi="Calibri"/>
          <w:b w:val="0"/>
          <w:i w:val="0"/>
          <w:color w:val="1F2937"/>
          <w:sz w:val="20"/>
        </w:rPr>
        <w:t>À l’attention de [Nom du recruteur]</w:t>
      </w:r>
    </w:p>
    <w:p>
      <w:pPr>
        <w:spacing w:after="20" w:before="0"/>
        <w:jc w:val="right"/>
      </w:pPr>
      <w:r>
        <w:rPr>
          <w:rFonts w:ascii="Calibri" w:hAnsi="Calibri"/>
          <w:b w:val="0"/>
          <w:i w:val="0"/>
          <w:color w:val="1F2937"/>
          <w:sz w:val="20"/>
        </w:rPr>
        <w:t>[Adresse de l’entreprise]</w:t>
      </w:r>
    </w:p>
    <w:p>
      <w:pPr>
        <w:spacing w:after="120" w:before="0"/>
      </w:pPr>
      <w:r>
        <w:rPr>
          <w:rFonts w:ascii="Calibri" w:hAnsi="Calibri"/>
          <w:b w:val="0"/>
          <w:i w:val="0"/>
          <w:color w:val="1F2937"/>
          <w:sz w:val="22"/>
        </w:rPr>
      </w:r>
    </w:p>
    <w:p>
      <w:pPr>
        <w:spacing w:after="240" w:before="0"/>
        <w:jc w:val="right"/>
      </w:pPr>
      <w:r>
        <w:rPr>
          <w:rFonts w:ascii="Calibri" w:hAnsi="Calibri"/>
          <w:b w:val="0"/>
          <w:i w:val="0"/>
          <w:color w:val="1F2937"/>
          <w:sz w:val="22"/>
        </w:rPr>
        <w:t>[Ville], le [date]</w:t>
      </w:r>
    </w:p>
    <w:p>
      <w:pPr>
        <w:spacing w:after="280" w:before="0"/>
      </w:pPr>
      <w:r>
        <w:rPr>
          <w:rFonts w:ascii="Calibri" w:hAnsi="Calibri"/>
          <w:b/>
          <w:i w:val="0"/>
          <w:color w:val="1F2937"/>
          <w:sz w:val="22"/>
        </w:rPr>
        <w:t>Objet : Candidature au poste d'agent administratif — réf. [référence de l'offre]</w:t>
      </w:r>
    </w:p>
    <w:p>
      <w:pPr>
        <w:spacing w:after="200" w:before="0"/>
      </w:pPr>
      <w:r>
        <w:rPr>
          <w:rFonts w:ascii="Calibri" w:hAnsi="Calibri"/>
          <w:b w:val="0"/>
          <w:i w:val="0"/>
          <w:color w:val="1F2937"/>
          <w:sz w:val="22"/>
        </w:rPr>
        <w:t>Madame, Monsieur,</w:t>
      </w:r>
    </w:p>
    <w:p>
      <w:pPr>
        <w:spacing w:after="200" w:before="0"/>
        <w:jc w:val="both"/>
      </w:pPr>
      <w:r>
        <w:rPr>
          <w:rFonts w:ascii="Calibri" w:hAnsi="Calibri"/>
          <w:b w:val="0"/>
          <w:i w:val="0"/>
          <w:color w:val="1F2937"/>
          <w:sz w:val="22"/>
        </w:rPr>
        <w:t>Actuellement à la recherche d'un poste d'agent administratif, j'ai pris connaissance avec un vif intérêt de votre offre publiée sur [source de l'annonce]. La diversité des missions proposées et la réputation de [nom de la structure] en matière de qualité de service correspondent précisément à l'environnement dans lequel je souhaite mettre mes compétences au service d'une équipe.</w:t>
      </w:r>
    </w:p>
    <w:p>
      <w:pPr>
        <w:spacing w:after="200" w:before="0"/>
        <w:jc w:val="both"/>
      </w:pPr>
      <w:r>
        <w:rPr>
          <w:rFonts w:ascii="Calibri" w:hAnsi="Calibri"/>
          <w:b w:val="0"/>
          <w:i w:val="0"/>
          <w:color w:val="1F2937"/>
          <w:sz w:val="22"/>
        </w:rPr>
        <w:t>Au cours de mes [nombre] années d'expérience au sein de [ancien employeur ou service], j'ai développé une réelle rigueur dans la gestion administrative quotidienne : accueil physique et téléphonique du public, saisie et mise à jour de données dans [logiciel utilisé], classement et archivage de dossiers, ainsi que la rédaction et la mise en forme de courriers. J'ai notamment assuré le suivi de plus de [nombre] dossiers en parallèle, en respectant systématiquement les délais et en veillant à la fiabilité des informations traitées.</w:t>
      </w:r>
    </w:p>
    <w:p>
      <w:pPr>
        <w:spacing w:after="200" w:before="0"/>
        <w:jc w:val="both"/>
      </w:pPr>
      <w:r>
        <w:rPr>
          <w:rFonts w:ascii="Calibri" w:hAnsi="Calibri"/>
          <w:b w:val="0"/>
          <w:i w:val="0"/>
          <w:color w:val="1F2937"/>
          <w:sz w:val="22"/>
        </w:rPr>
        <w:t>Organisé, autonome et à l'aise avec les outils bureautiques (Word, Excel et messagerie professionnelle), je sais gérer les priorités lorsque plusieurs demandes se présentent simultanément. Habitué à manipuler des informations sensibles, j'accorde une importance particulière à la discrétion et à la confidentialité. Mon sens du contact me permet par ailleurs d'accueillir chaque interlocuteur avec écoute et diplomatie, une qualité essentielle au bon fonctionnement de votre service.</w:t>
      </w:r>
    </w:p>
    <w:p>
      <w:pPr>
        <w:spacing w:after="200" w:before="0"/>
        <w:jc w:val="both"/>
      </w:pPr>
      <w:r>
        <w:rPr>
          <w:rFonts w:ascii="Calibri" w:hAnsi="Calibri"/>
          <w:b w:val="0"/>
          <w:i w:val="0"/>
          <w:color w:val="1F2937"/>
          <w:sz w:val="22"/>
        </w:rPr>
        <w:t>Motivé à l'idée de contribuer à l'efficacité de [nom de la structure], je me tiens à votre disposition pour un entretien au cours duquel je pourrai vous exposer plus en détail ma motivation et mon parcours. Dans l'attente de votre réponse, je vous prie d'agréer, Madame, Monsieur, l'expression de mes salutations distinguées.</w:t>
      </w:r>
    </w:p>
    <w:p>
      <w:pPr>
        <w:spacing w:after="40" w:before="0"/>
        <w:jc w:val="right"/>
      </w:pPr>
      <w:r>
        <w:rPr>
          <w:rFonts w:ascii="Calibri" w:hAnsi="Calibri"/>
          <w:b/>
          <w:i w:val="0"/>
          <w:color w:val="1F2937"/>
          <w:sz w:val="22"/>
        </w:rPr>
        <w:t>[Prénom NOM]</w:t>
      </w:r>
    </w:p>
    <w:p>
      <w:pPr>
        <w:spacing w:after="0" w:before="0"/>
        <w:jc w:val="right"/>
      </w:pPr>
      <w:r>
        <w:rPr>
          <w:rFonts w:ascii="Calibri" w:hAnsi="Calibri"/>
          <w:b w:val="0"/>
          <w:i/>
          <w:color w:val="556070"/>
          <w:sz w:val="20"/>
        </w:rPr>
        <w:t>[Signature]</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