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EA580C"/>
          <w:sz w:val="30"/>
        </w:rPr>
        <w:t>[Prénom Nom]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[Adresse]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[Code postal, Ville]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Matricule : [____]</w:t>
      </w: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20" w:before="0"/>
        <w:jc w:val="left"/>
      </w:pPr>
      <w:r>
        <w:rPr>
          <w:b w:val="0"/>
          <w:i/>
          <w:color w:val="6B7280"/>
          <w:sz w:val="18"/>
        </w:rPr>
        <w:t>Lettre recommandée avec accusé de réception (ou remise en main propre contre décharge)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Démission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Par la présente, je vous informe de ma décision de démissionner de mon poste de [intitulé], que j’occupe depuis le [date d’embauche].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Conformément à mon contrat de travail et à la convention collective applicable, j’effectuerai mon préavis de [durée], qui débutera à la première présentation de ce courrier. Mon dernier jour de travail sera donc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remercie de bien vouloir me remettre, à l’issue de mon préavis, mon solde de tout compte, mon certificat de travail et l’attestation destinée à France Travail.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En CDI, la démission n’a pas à être motivée. La durée du préavis dépend de votre convention collective et de votre ancienneté.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