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A580C"/>
          </w:tcPr>
          <w:p>
            <w:pPr>
              <w:spacing w:before="160"/>
            </w:pPr>
            <w:r>
              <w:rPr>
                <w:b/>
                <w:i w:val="0"/>
                <w:color w:val="FFFFFF"/>
                <w:sz w:val="32"/>
              </w:rPr>
              <w:t>[Prénom Nom]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F7BFA2"/>
                <w:sz w:val="18"/>
              </w:rPr>
              <w:t>[Adresse]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F7BFA2"/>
                <w:sz w:val="18"/>
              </w:rPr>
              <w:t>[Code postal, Ville]</w:t>
            </w:r>
          </w:p>
          <w:p>
            <w:pPr>
              <w:spacing w:after="120" w:before="0"/>
              <w:jc w:val="left"/>
            </w:pPr>
          </w:p>
        </w:tc>
      </w:tr>
    </w:tbl>
    <w:p>
      <w:pPr>
        <w:spacing w:after="120"/>
      </w:pPr>
    </w:p>
    <w:p>
      <w:pPr>
        <w:spacing w:after="80" w:before="0"/>
        <w:jc w:val="left"/>
      </w:pPr>
    </w:p>
    <w:p>
      <w:pPr>
        <w:spacing w:after="20" w:before="0"/>
        <w:jc w:val="right"/>
      </w:pPr>
      <w:r>
        <w:rPr>
          <w:b/>
          <w:i w:val="0"/>
          <w:color w:val="1E2935"/>
          <w:sz w:val="21"/>
        </w:rPr>
        <w:t>[Nom de l’entreprise]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À l’attention de [service / recruteur]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[Adresse]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[Code postal, Ville]</w:t>
      </w:r>
    </w:p>
    <w:p>
      <w:pPr>
        <w:spacing w:after="160" w:before="120"/>
        <w:jc w:val="right"/>
      </w:pPr>
      <w:r>
        <w:rPr>
          <w:b w:val="0"/>
          <w:i w:val="0"/>
          <w:color w:val="1E2935"/>
          <w:sz w:val="20"/>
        </w:rPr>
        <w:t>[Ville], le [__/__/____]</w:t>
      </w:r>
    </w:p>
    <w:p>
      <w:pPr>
        <w:spacing w:after="160" w:before="0"/>
        <w:jc w:val="left"/>
      </w:pPr>
      <w:r>
        <w:rPr>
          <w:b/>
          <w:i w:val="0"/>
          <w:color w:val="EA580C"/>
          <w:sz w:val="20"/>
        </w:rPr>
        <w:t xml:space="preserve">Objet : </w:t>
      </w:r>
      <w:r>
        <w:rPr>
          <w:b w:val="0"/>
          <w:i w:val="0"/>
          <w:sz w:val="20"/>
        </w:rPr>
        <w:t>Démission avec demande de dispense de préavis</w:t>
      </w:r>
    </w:p>
    <w:p>
      <w:pPr>
        <w:spacing w:after="160" w:before="0"/>
        <w:jc w:val="left"/>
      </w:pPr>
      <w:r>
        <w:rPr>
          <w:b w:val="0"/>
          <w:i w:val="0"/>
          <w:color w:val="1E2935"/>
          <w:sz w:val="20"/>
        </w:rPr>
        <w:t>Madame, Monsieur,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Par la présente, je vous présente ma démission de mon poste de [intitulé], occupé depuis le [date].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Je sollicite votre accord pour être dispensé(e) de tout ou partie de mon préavis, afin de quitter l’entreprise le [date souhaitée]. Cette dispense, si vous l’acceptez, ne donnerait pas lieu au versement de l’indemnité compensatrice de préavis.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Je reste à votre disposition pour assurer la transmission de mes dossiers en cours et faciliter la transition.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Je vous remercie de me confirmer votre accord par écrit et de préparer mes documents de fin de contrat.</w:t>
      </w:r>
    </w:p>
    <w:p>
      <w:pPr>
        <w:spacing w:after="240" w:before="40"/>
        <w:jc w:val="both"/>
      </w:pPr>
      <w:r>
        <w:rPr>
          <w:b w:val="0"/>
          <w:i w:val="0"/>
          <w:color w:val="1E2935"/>
          <w:sz w:val="20"/>
        </w:rPr>
        <w:t>Je vous prie d’agréer, Madame, Monsieur, l’expression de mes salutations distinguées.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20"/>
        </w:rPr>
        <w:t>[Prénom Nom]</w:t>
      </w:r>
    </w:p>
    <w:p>
      <w:pPr>
        <w:spacing w:after="20" w:before="0"/>
        <w:jc w:val="right"/>
      </w:pPr>
      <w:r>
        <w:rPr>
          <w:b w:val="0"/>
          <w:i/>
          <w:color w:val="6B7280"/>
          <w:sz w:val="17"/>
        </w:rPr>
        <w:t>(signature)</w:t>
      </w:r>
    </w:p>
    <w:p>
      <w:pPr>
        <w:spacing w:after="20" w:before="120"/>
        <w:jc w:val="left"/>
      </w:pPr>
      <w:r>
        <w:rPr>
          <w:b w:val="0"/>
          <w:i/>
          <w:color w:val="6B7280"/>
          <w:sz w:val="16"/>
        </w:rPr>
        <w:t>La dispense de préavis à la demande du salarié doit être acceptée par l’employeur ; elle n’ouvre alors pas droit à l’indemnité compensatrice.</w:t>
      </w:r>
    </w:p>
    <w:p>
      <w:pPr>
        <w:spacing w:after="80" w:before="120"/>
        <w:jc w:val="left"/>
      </w:pPr>
      <w:r>
        <w:rPr>
          <w:b w:val="0"/>
          <w:i/>
          <w:color w:val="6B7280"/>
          <w:sz w:val="15"/>
        </w:rPr>
        <w:t>Modèle — remplacez les champs entre crochets par vos informations.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