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 et demande de dispense de préavis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démissionner de mon poste de [intitulé du poste], que j'occupe au sein de [nom de l'entreprise] depuis le [date d'entrée].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saurais gré de bien vouloir m'accorder une dispense de préavis, afin que mon contrat de travail prenne fin au plus tard le [date de départ souhaitée]. Je reste à votre disposition pour convenir ensemble des modalités de mon départ et assurer la bonne transmission de mes dossiers en cours.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bien vouloir me confirmer votre accord par écrit, ainsi que la date effective de fin de mon contrat, et de tenir à ma disposition mon solde de tout compte, mon certificat de travail et l'attestation destinée à France Travail.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n'ai pas à préciser le motif de mon départ ; je reste néanmoins disponible pour organiser au mieux la transition.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