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6" w:color="EA580C"/>
              <w:left w:val="single" w:sz="12" w:space="6" w:color="EA580C"/>
              <w:bottom w:val="single" w:sz="12" w:space="6" w:color="EA580C"/>
              <w:right w:val="single" w:sz="12" w:space="6" w:color="EA580C"/>
            </w:tcBorders>
          </w:tcPr>
          <w:p>
            <w:pPr>
              <w:spacing w:before="80"/>
            </w:pP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EA580C"/>
                <w:sz w:val="28"/>
              </w:rPr>
              <w:t>[Prénom Nom]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[Code postal, Ville]</w:t>
            </w:r>
          </w:p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80" w:before="0"/>
        <w:jc w:val="left"/>
      </w:pPr>
    </w:p>
    <w:p>
      <w:pPr>
        <w:spacing w:after="20" w:before="0"/>
        <w:jc w:val="right"/>
      </w:pPr>
      <w:r>
        <w:rPr>
          <w:b/>
          <w:i w:val="0"/>
          <w:color w:val="1E2935"/>
          <w:sz w:val="21"/>
        </w:rPr>
        <w:t>[Nom de l’entreprise]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À l’attention de [service / recruteur]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[Adresse]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[Ville], le [__/__/____]</w:t>
      </w:r>
    </w:p>
    <w:p>
      <w:pPr>
        <w:spacing w:after="160" w:before="0"/>
        <w:jc w:val="left"/>
      </w:pPr>
      <w:r>
        <w:rPr>
          <w:b/>
          <w:i w:val="0"/>
          <w:color w:val="EA580C"/>
          <w:sz w:val="20"/>
        </w:rPr>
        <w:t xml:space="preserve">Objet : </w:t>
      </w:r>
      <w:r>
        <w:rPr>
          <w:b w:val="0"/>
          <w:i w:val="0"/>
          <w:sz w:val="20"/>
        </w:rPr>
        <w:t>Rupture du contrat pendant la période d’essai</w:t>
      </w:r>
    </w:p>
    <w:p>
      <w:pPr>
        <w:spacing w:after="160" w:before="0"/>
        <w:jc w:val="left"/>
      </w:pPr>
      <w:r>
        <w:rPr>
          <w:b w:val="0"/>
          <w:i w:val="0"/>
          <w:color w:val="1E2935"/>
          <w:sz w:val="20"/>
        </w:rPr>
        <w:t>Madame, Monsieur,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vous informe de ma décision de mettre fin à mon contrat de travail au poste de [intitulé], pendant la période d’essai en cours.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respecterai le délai de prévenance applicable, soit [24 heures si je suis présent(e) depuis moins de 8 jours, 48 heures au-delà]. Mon départ est ainsi fixé au [date].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vous remercie de bien vouloir préparer les documents de fin de contrat (certificat de travail, solde de tout compte, attestation France Travail).</w:t>
      </w:r>
    </w:p>
    <w:p>
      <w:pPr>
        <w:spacing w:after="240" w:before="40"/>
        <w:jc w:val="both"/>
      </w:pPr>
      <w:r>
        <w:rPr>
          <w:b w:val="0"/>
          <w:i w:val="0"/>
          <w:color w:val="1E2935"/>
          <w:sz w:val="20"/>
        </w:rPr>
        <w:t>Je vous prie d’agréer, Madame, Monsieur, l’expression de mes salutations distinguées.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[Prénom 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Pendant la période d’essai, aucune procédure ni motif n’est exigé. Délai de prévenance du salarié : 24 h si présence &lt; 8 jours, 48 h au-delà.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