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Rupture de ma période d'essai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suis entré(e) à votre service le [date d'embauche] en qualité de [intitulé du poste], dans le cadre d'un contrat comportant une période d'essai en cours.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Par la présente, je vous informe de ma décision de mettre fin à cette période d'essai, à mon initiative. Conformément à l'article L1221-26 du Code du travail, je respecte le délai de prévenance applicable à ma durée de présence dans l'entreprise ; mon contrat prendra donc fin le [date de fin effective].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remercie de bien vouloir me remettre, à cette date, mon certificat de travail, mon reçu pour solde de tout compte ainsi que l'attestation destinée à France Travail.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d'agréer, Madame, Monsieur, l'expression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