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 de mon poste de [intitulé du poste]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en arrêt de travail depuis le [date de début de l'arrêt], je vous informe par la présente de ma décision de démissionner de mon poste de [intitulé du poste], que j'occupe au sein de votre entreprise depuis le [date d'embauche].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Cette démission prend effet à compter de la première présentation de ce courrier. Je respecterai le préavis de [durée] prévu par mon contrat de travail et par la convention collective applicable, sous réserve des règles propres à mon arrêt de travail en cours. Je reste à votre disposition pour convenir des modalités de mon départ et de la restitution du matériel en ma possession.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remercie de bien vouloir m'adresser mon certificat de travail, mon solde de tout compte ainsi que l'attestation destinée à France Travail à l'issue de la relation contractuelle.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