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demande de démission de mes fonctions d'agent public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[Madame, Monsieur] [le Maire / la Rectrice / le Directeur],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Titulaire du grade de [grade] et affecté(e) au sein de [service / direction] depuis le [date de prise de fonctions], j'ai l'honneur, par la présente, de vous présenter ma démission de la fonction publique de manière expresse et non équivoque.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sollicite votre acceptation de cette demande et vous prie de bien vouloir fixer la date d'effet de ma démission, que je souhaiterais, dans la mesure du possible, arrêter au [date souhaitée]. Je reste, bien entendu, en poste et à la disposition du service jusqu'à cette date afin d'assurer la continuité de mes missions et la transmission de mes dossiers en cours.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me confirmer par écrit votre décision ainsi que la date d'effet retenue. Je me tiens à votre disposition pour tout entretien ou toute formalité utile.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[Madame, Monsieur] [le Maire / la Rectrice / le Directeur], l'expression de ma considération distinguée.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[Prénom NOM]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