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Démission de mon mandat d'élu(e) au CSE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Élu(e) [titulaire / suppléant(e)] au comité social et économique de l'entreprise depuis les élections professionnelles du [date des élections], je vous informe par la présente de ma décision de démissionner de mon mandat de représentant(e) du personnel au CSE.</w:t>
      </w:r>
    </w:p>
    <w:p>
      <w:pPr>
        <w:spacing w:after="200" w:before="0"/>
        <w:jc w:val="both"/>
      </w:pPr>
      <w:r>
        <w:rPr>
          <w:rFonts w:ascii="Calibri" w:hAnsi="Calibri"/>
          <w:b w:val="0"/>
          <w:i w:val="0"/>
          <w:color w:val="1F2937"/>
          <w:sz w:val="22"/>
        </w:rPr>
        <w:t>Cette démission prend effet à la date de réception de ce courrier. Je vous précise qu'elle porte exclusivement sur mon mandat électif et qu'elle est sans incidence sur mon contrat de travail, que je poursuis dans les conditions habituelles à mon poste de [intitulé du poste].</w:t>
      </w:r>
    </w:p>
    <w:p>
      <w:pPr>
        <w:spacing w:after="200" w:before="0"/>
        <w:jc w:val="both"/>
      </w:pPr>
      <w:r>
        <w:rPr>
          <w:rFonts w:ascii="Calibri" w:hAnsi="Calibri"/>
          <w:b w:val="0"/>
          <w:i w:val="0"/>
          <w:color w:val="1F2937"/>
          <w:sz w:val="22"/>
        </w:rPr>
        <w:t>Je vous remercie de bien vouloir acter la vacance de mon siège et d'engager, le cas échéant, les démarches nécessaires à mon remplacement. J'adresse copie de ce courrier au secrétaire du comité afin d'en informer les autres membres.</w:t>
      </w:r>
    </w:p>
    <w:p>
      <w:pPr>
        <w:spacing w:after="200" w:before="0"/>
        <w:jc w:val="both"/>
      </w:pPr>
      <w:r>
        <w:rPr>
          <w:rFonts w:ascii="Calibri" w:hAnsi="Calibri"/>
          <w:b w:val="0"/>
          <w:i w:val="0"/>
          <w:color w:val="1F2937"/>
          <w:sz w:val="22"/>
        </w:rPr>
        <w:t>Je vous prie d'agréer, Madame, Monsieur le Président,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