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démission de mon mandat de conseiller municipal</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Madame la Maire, Monsieur le Maire,</w:t>
      </w:r>
    </w:p>
    <w:p>
      <w:pPr>
        <w:spacing w:after="200" w:before="0"/>
        <w:jc w:val="both"/>
      </w:pPr>
      <w:r>
        <w:rPr>
          <w:rFonts w:ascii="Calibri" w:hAnsi="Calibri"/>
          <w:b w:val="0"/>
          <w:i w:val="0"/>
          <w:color w:val="1F2937"/>
          <w:sz w:val="22"/>
        </w:rPr>
        <w:t>Par la présente, j'ai l'honneur de vous présenter ma démission de mon mandat de conseiller municipal de la commune de [Commune], mandat que j'exerce depuis les élections du [mois et année des élections].</w:t>
      </w:r>
    </w:p>
    <w:p>
      <w:pPr>
        <w:spacing w:after="200" w:before="0"/>
        <w:jc w:val="both"/>
      </w:pPr>
      <w:r>
        <w:rPr>
          <w:rFonts w:ascii="Calibri" w:hAnsi="Calibri"/>
          <w:b w:val="0"/>
          <w:i w:val="0"/>
          <w:color w:val="1F2937"/>
          <w:sz w:val="22"/>
        </w:rPr>
        <w:t>Cette décision, mûrement réfléchie, est motivée par [raisons personnelles / raisons professionnelles / mon prochain déménagement hors de la commune — mention facultative]. Je vous prie de bien vouloir en prendre acte. Conformément à l'article L2121-4 du Code général des collectivités territoriales, cette démission prendra effet dès la réception de la présente lettre, et je vous remercie d'en informer Madame ou Monsieur le Préfet.</w:t>
      </w:r>
    </w:p>
    <w:p>
      <w:pPr>
        <w:spacing w:after="200" w:before="0"/>
        <w:jc w:val="both"/>
      </w:pPr>
      <w:r>
        <w:rPr>
          <w:rFonts w:ascii="Calibri" w:hAnsi="Calibri"/>
          <w:b w:val="0"/>
          <w:i w:val="0"/>
          <w:color w:val="1F2937"/>
          <w:sz w:val="22"/>
        </w:rPr>
        <w:t>Je tiens à vous exprimer, ainsi qu'à l'ensemble des membres du conseil municipal et aux services de la commune, ma sincère reconnaissance pour la confiance et la collaboration dont j'ai bénéficié tout au long de ce mandat. Je forme des vœux sincères pour la poursuite de vos travaux au service de nos concitoyens.</w:t>
      </w:r>
    </w:p>
    <w:p>
      <w:pPr>
        <w:spacing w:after="200" w:before="0"/>
        <w:jc w:val="both"/>
      </w:pPr>
      <w:r>
        <w:rPr>
          <w:rFonts w:ascii="Calibri" w:hAnsi="Calibri"/>
          <w:b w:val="0"/>
          <w:i w:val="0"/>
          <w:color w:val="1F2937"/>
          <w:sz w:val="22"/>
        </w:rPr>
        <w:t>Je vous prie d'agréer, Madame la Maire, Monsieur le Maire, l'expression de ma haute considération.</w:t>
      </w:r>
    </w:p>
    <w:p>
      <w:pPr>
        <w:spacing w:after="200" w:before="0"/>
        <w:jc w:val="both"/>
      </w:pPr>
      <w:r>
        <w:rPr>
          <w:rFonts w:ascii="Calibri" w:hAnsi="Calibri"/>
          <w:b w:val="0"/>
          <w:i w:val="0"/>
          <w:color w:val="1F2937"/>
          <w:sz w:val="22"/>
        </w:rPr>
        <w:t>[Prénom NOM]</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