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Démission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Par la présente, je vous informe de ma décision de démissionner de mon poste de [intitulé du poste], que j'occupe au sein de votre entreprise depuis le [date d'entrée] dans le cadre d'un contrat à durée indéterminée. Je n'ai pas à motiver cette décision, la démission d'un CDI étant libre.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Conformément à la convention collective applicable [préciser, le cas échéant], je respecterai le préavis de [durée du préavis]. À réception de la présente, mon préavis débutera le [date] et mon contrat prendra fin le [date de fin de préavis].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remercie de bien vouloir préparer, à l'issue de mon préavis, mon solde de tout compte, mon certificat de travail ainsi que l'attestation destinée à France Travail. Je reste à votre disposition pour organiser la transmission de mes dossiers en cours.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