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20" w:before="0"/>
      </w:pPr>
      <w:r>
        <w:rPr>
          <w:rFonts w:ascii="Calibri" w:hAnsi="Calibri"/>
          <w:b/>
          <w:i w:val="0"/>
          <w:color w:val="1F2937"/>
          <w:sz w:val="24"/>
        </w:rPr>
        <w:t>[Prénom NOM]</w:t>
      </w:r>
    </w:p>
    <w:p>
      <w:pPr>
        <w:spacing w:after="20" w:before="0"/>
      </w:pPr>
      <w:r>
        <w:rPr>
          <w:rFonts w:ascii="Calibri" w:hAnsi="Calibri"/>
          <w:b w:val="0"/>
          <w:i w:val="0"/>
          <w:color w:val="556070"/>
          <w:sz w:val="20"/>
        </w:rPr>
        <w:t>[Adresse]</w:t>
      </w:r>
    </w:p>
    <w:p>
      <w:pPr>
        <w:spacing w:after="20" w:before="0"/>
      </w:pPr>
      <w:r>
        <w:rPr>
          <w:rFonts w:ascii="Calibri" w:hAnsi="Calibri"/>
          <w:b w:val="0"/>
          <w:i w:val="0"/>
          <w:color w:val="556070"/>
          <w:sz w:val="20"/>
        </w:rPr>
        <w:t>[Code postal – Ville]</w:t>
      </w:r>
    </w:p>
    <w:p>
      <w:pPr>
        <w:spacing w:after="20" w:before="0"/>
      </w:pPr>
      <w:r>
        <w:rPr>
          <w:rFonts w:ascii="Calibri" w:hAnsi="Calibri"/>
          <w:b w:val="0"/>
          <w:i w:val="0"/>
          <w:color w:val="556070"/>
          <w:sz w:val="20"/>
        </w:rPr>
        <w:t>[Téléphone] – [Email]</w:t>
      </w:r>
    </w:p>
    <w:p>
      <w:pPr>
        <w:spacing w:after="20" w:before="0"/>
        <w:jc w:val="right"/>
      </w:pPr>
      <w:r>
        <w:rPr>
          <w:rFonts w:ascii="Calibri" w:hAnsi="Calibri"/>
          <w:b w:val="0"/>
          <w:i w:val="0"/>
          <w:color w:val="1F2937"/>
          <w:sz w:val="20"/>
        </w:rPr>
        <w:t>[Nom de l’entreprise]</w:t>
      </w:r>
    </w:p>
    <w:p>
      <w:pPr>
        <w:spacing w:after="20" w:before="0"/>
        <w:jc w:val="right"/>
      </w:pPr>
      <w:r>
        <w:rPr>
          <w:rFonts w:ascii="Calibri" w:hAnsi="Calibri"/>
          <w:b w:val="0"/>
          <w:i w:val="0"/>
          <w:color w:val="1F2937"/>
          <w:sz w:val="20"/>
        </w:rPr>
        <w:t>À l’attention de [Nom du recruteur]</w:t>
      </w:r>
    </w:p>
    <w:p>
      <w:pPr>
        <w:spacing w:after="20" w:before="0"/>
        <w:jc w:val="right"/>
      </w:pPr>
      <w:r>
        <w:rPr>
          <w:rFonts w:ascii="Calibri" w:hAnsi="Calibri"/>
          <w:b w:val="0"/>
          <w:i w:val="0"/>
          <w:color w:val="1F2937"/>
          <w:sz w:val="20"/>
        </w:rPr>
        <w:t>[Adresse de l’entreprise]</w:t>
      </w:r>
    </w:p>
    <w:p>
      <w:pPr>
        <w:spacing w:after="120" w:before="0"/>
      </w:pPr>
      <w:r>
        <w:rPr>
          <w:rFonts w:ascii="Calibri" w:hAnsi="Calibri"/>
          <w:b w:val="0"/>
          <w:i w:val="0"/>
          <w:color w:val="1F2937"/>
          <w:sz w:val="22"/>
        </w:rPr>
      </w:r>
    </w:p>
    <w:p>
      <w:pPr>
        <w:spacing w:after="240" w:before="0"/>
        <w:jc w:val="right"/>
      </w:pPr>
      <w:r>
        <w:rPr>
          <w:rFonts w:ascii="Calibri" w:hAnsi="Calibri"/>
          <w:b w:val="0"/>
          <w:i w:val="0"/>
          <w:color w:val="1F2937"/>
          <w:sz w:val="22"/>
        </w:rPr>
        <w:t>[Ville], le [date]</w:t>
      </w:r>
    </w:p>
    <w:p>
      <w:pPr>
        <w:spacing w:after="280" w:before="0"/>
      </w:pPr>
      <w:r>
        <w:rPr>
          <w:rFonts w:ascii="Calibri" w:hAnsi="Calibri"/>
          <w:b/>
          <w:i w:val="0"/>
          <w:color w:val="1F2937"/>
          <w:sz w:val="22"/>
        </w:rPr>
        <w:t>Objet : Rupture anticipée de mon CDD pour embauche en contrat à durée indéterminée</w:t>
      </w:r>
    </w:p>
    <w:p>
      <w:pPr>
        <w:spacing w:after="200" w:before="0"/>
      </w:pPr>
      <w:r>
        <w:rPr>
          <w:rFonts w:ascii="Calibri" w:hAnsi="Calibri"/>
          <w:b w:val="0"/>
          <w:i w:val="0"/>
          <w:color w:val="1F2937"/>
          <w:sz w:val="22"/>
        </w:rPr>
        <w:t>Madame, Monsieur,</w:t>
      </w:r>
    </w:p>
    <w:p>
      <w:pPr>
        <w:spacing w:after="200" w:before="0"/>
        <w:jc w:val="both"/>
      </w:pPr>
      <w:r>
        <w:rPr>
          <w:rFonts w:ascii="Calibri" w:hAnsi="Calibri"/>
          <w:b w:val="0"/>
          <w:i w:val="0"/>
          <w:color w:val="1F2937"/>
          <w:sz w:val="22"/>
        </w:rPr>
        <w:t>Je suis actuellement employé(e) au sein de votre entreprise en qualité de [intitulé du poste], dans le cadre d’un contrat à durée déterminée conclu le [date de signature du contrat], dont le terme est prévu le [date de fin du CDD].</w:t>
      </w:r>
    </w:p>
    <w:p>
      <w:pPr>
        <w:spacing w:after="200" w:before="0"/>
        <w:jc w:val="both"/>
      </w:pPr>
      <w:r>
        <w:rPr>
          <w:rFonts w:ascii="Calibri" w:hAnsi="Calibri"/>
          <w:b w:val="0"/>
          <w:i w:val="0"/>
          <w:color w:val="1F2937"/>
          <w:sz w:val="22"/>
        </w:rPr>
        <w:t>Je vous informe de ma décision de rompre ce contrat de manière anticipée, en application de l’article L1243-2 du Code du travail, à la suite de la conclusion d’un contrat à durée indéterminée auprès d’un autre employeur. Vous trouverez ci-joint le justificatif de cette embauche [promesse d’embauche / copie du contrat CDI]. Cette rupture n’a pas à être davantage motivée : elle repose sur ce seul motif légal.</w:t>
      </w:r>
    </w:p>
    <w:p>
      <w:pPr>
        <w:spacing w:after="200" w:before="0"/>
        <w:jc w:val="both"/>
      </w:pPr>
      <w:r>
        <w:rPr>
          <w:rFonts w:ascii="Calibri" w:hAnsi="Calibri"/>
          <w:b w:val="0"/>
          <w:i w:val="0"/>
          <w:color w:val="1F2937"/>
          <w:sz w:val="22"/>
        </w:rPr>
        <w:t>Conformément à la loi, je respecterai un préavis d’un jour par semaine de contrat, dans la limite de deux semaines. Mon départ effectif interviendra donc le [date de fin de préavis]. Je me tiens à votre disposition pour organiser la transmission de mes dossiers en cours.</w:t>
      </w:r>
    </w:p>
    <w:p>
      <w:pPr>
        <w:spacing w:after="200" w:before="0"/>
        <w:jc w:val="both"/>
      </w:pPr>
      <w:r>
        <w:rPr>
          <w:rFonts w:ascii="Calibri" w:hAnsi="Calibri"/>
          <w:b w:val="0"/>
          <w:i w:val="0"/>
          <w:color w:val="1F2937"/>
          <w:sz w:val="22"/>
        </w:rPr>
        <w:t>Je vous remercie de bien vouloir me remettre, à l’issue de ce préavis, mon certificat de travail, l’attestation destinée à France Travail ainsi que mon solde de tout compte.</w:t>
      </w:r>
    </w:p>
    <w:p>
      <w:pPr>
        <w:spacing w:after="360" w:before="0"/>
        <w:jc w:val="both"/>
      </w:pPr>
      <w:r>
        <w:rPr>
          <w:rFonts w:ascii="Calibri" w:hAnsi="Calibri"/>
          <w:b w:val="0"/>
          <w:i w:val="0"/>
          <w:color w:val="1F2937"/>
          <w:sz w:val="22"/>
        </w:rPr>
        <w:t>Je vous prie d’agréer, Madame, Monsieur, l’expression de mes salutations distinguées.</w:t>
      </w:r>
    </w:p>
    <w:p>
      <w:pPr>
        <w:spacing w:after="40" w:before="0"/>
        <w:jc w:val="right"/>
      </w:pPr>
      <w:r>
        <w:rPr>
          <w:rFonts w:ascii="Calibri" w:hAnsi="Calibri"/>
          <w:b/>
          <w:i w:val="0"/>
          <w:color w:val="1F2937"/>
          <w:sz w:val="22"/>
        </w:rPr>
        <w:t>[Prénom NOM]</w:t>
      </w:r>
    </w:p>
    <w:p>
      <w:pPr>
        <w:spacing w:after="0" w:before="0"/>
        <w:jc w:val="right"/>
      </w:pPr>
      <w:r>
        <w:rPr>
          <w:rFonts w:ascii="Calibri" w:hAnsi="Calibri"/>
          <w:b w:val="0"/>
          <w:i/>
          <w:color w:val="556070"/>
          <w:sz w:val="20"/>
        </w:rPr>
        <w:t>[Signature]</w:t>
      </w:r>
    </w:p>
    <w:sectPr w:rsidR="00FC693F" w:rsidRPr="0006063C" w:rsidSect="00034616"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