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Démission</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Par la présente, je vous informe de ma décision de démissionner de mon poste de [intitulé du poste], que j'occupe au sein de votre entreprise depuis le [date d'embauche]. Cette démission résulte de ma seule volonté et n'a pas à être motivée.</w:t>
      </w:r>
    </w:p>
    <w:p>
      <w:pPr>
        <w:spacing w:after="200" w:before="0"/>
        <w:jc w:val="both"/>
      </w:pPr>
      <w:r>
        <w:rPr>
          <w:rFonts w:ascii="Calibri" w:hAnsi="Calibri"/>
          <w:b w:val="0"/>
          <w:i w:val="0"/>
          <w:color w:val="1F2937"/>
          <w:sz w:val="22"/>
        </w:rPr>
        <w:t>Conformément aux dispositions de mon contrat de travail et de la convention collective [nom de la convention collective] applicable, j'effectuerai le préavis de [durée du préavis, par exemple : deux mois]. Celui-ci débutant à la présentation de ce courrier, mon contrat de travail prendra donc fin le [date de fin de préavis estimée].</w:t>
      </w:r>
    </w:p>
    <w:p>
      <w:pPr>
        <w:spacing w:after="200" w:before="0"/>
        <w:jc w:val="both"/>
      </w:pPr>
      <w:r>
        <w:rPr>
          <w:rFonts w:ascii="Calibri" w:hAnsi="Calibri"/>
          <w:b w:val="0"/>
          <w:i w:val="0"/>
          <w:color w:val="1F2937"/>
          <w:sz w:val="22"/>
        </w:rPr>
        <w:t>Je vous remercie de bien vouloir me confirmer cette date de départ ainsi que les modalités de restitution du matériel et de remise des documents de fin de contrat. Je reste bien entendu à votre disposition pour assurer la transmission de mes dossiers dans les meilleures conditions durant cette période.</w:t>
      </w:r>
    </w:p>
    <w:p>
      <w:pPr>
        <w:spacing w:after="20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