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démission de mes fonctions de trésorier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Madame la Présidente, Monsieur le Président,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Par la présente, je vous informe de ma décision de démissionner de mes fonctions de trésorier(ère) de l'association [Nom de l'association], que j'occupe depuis le [date de prise de fonctions]. Conformément à l'article [numéro] des statuts, cette démission prendra effet le [date d'effet / à l'issue du préavis prévu].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me tiens à votre disposition pour assurer la transition dans les meilleures conditions : je vous remettrai l'ensemble des documents comptables, les relevés bancaires, le solde de caisse ainsi que les accès nécessaires à la poursuite de la gestion. Je vous remercie de bien vouloir acter cette démission lors de la prochaine réunion du bureau et de procéder à la déclaration modificative auprès du greffe des associations, dans le délai de trois mois prévu par l'article 5 de la loi du 1er juillet 1901.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reste par ailleurs [adhérent de l'association / ou : je quitte également l'association à cette date, à préciser] et vous adresse mes meilleurs vœux de réussite pour la poursuite de ses activités.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d'agréer, Madame la Présidente, Monsieur le Président, l'expression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