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démission de mes fonctions d'assistante maternelle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Par la présente, je vous informe de ma décision de démissionner de mon poste d'assistante maternelle, fonctions que j'occupe auprès de votre enfant [Prénom de l'enfant] depuis le [date de début du contrat], dans le cadre du contrat de travail signé entre nous.</w:t>
      </w:r>
    </w:p>
    <w:p>
      <w:pPr>
        <w:spacing w:after="200" w:before="0"/>
        <w:jc w:val="both"/>
      </w:pPr>
      <w:r>
        <w:rPr>
          <w:rFonts w:ascii="Calibri" w:hAnsi="Calibri"/>
          <w:b w:val="0"/>
          <w:i w:val="0"/>
          <w:color w:val="1F2937"/>
          <w:sz w:val="22"/>
        </w:rPr>
        <w:t>Conformément à la convention collective nationale des particuliers employeurs et de l'emploi à domicile, je respecterai un préavis de [8 jours / 15 jours / 1 mois] correspondant à mon ancienneté. Ce préavis débutera à la date de première présentation de ce courrier et prendra donc fin le [date de fin de préavis]. Je continuerai naturellement d'assurer l'accueil de [Prénom de l'enfant] dans les mêmes conditions jusqu'à cette date.</w:t>
      </w:r>
    </w:p>
    <w:p>
      <w:pPr>
        <w:spacing w:after="200" w:before="0"/>
        <w:jc w:val="both"/>
      </w:pPr>
      <w:r>
        <w:rPr>
          <w:rFonts w:ascii="Calibri" w:hAnsi="Calibri"/>
          <w:b w:val="0"/>
          <w:i w:val="0"/>
          <w:color w:val="1F2937"/>
          <w:sz w:val="22"/>
        </w:rPr>
        <w:t>Je vous propose de convenir ensemble d'un rendez-vous afin d'organiser au mieux la fin de l'accueil, la remise des affaires de votre enfant et l'établissement des documents de fin de contrat (dernier bulletin de salaire, certificat de travail et attestation destinée à France Travail). Je reste bien entendu à votre disposition pour toute question durant cette période.</w:t>
      </w:r>
    </w:p>
    <w:p>
      <w:pPr>
        <w:spacing w:after="200" w:before="0"/>
        <w:jc w:val="both"/>
      </w:pPr>
      <w:r>
        <w:rPr>
          <w:rFonts w:ascii="Calibri" w:hAnsi="Calibri"/>
          <w:b w:val="0"/>
          <w:i w:val="0"/>
          <w:color w:val="1F2937"/>
          <w:sz w:val="22"/>
        </w:rPr>
        <w:t>Je vous remercie de la confiance que vous m'avez accordée et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