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  <w:shd w:val="clear" w:color="auto" w:fill="E11D48"/>
          </w:tcPr>
          <w:p>
            <w:pPr>
              <w:spacing w:before="160"/>
            </w:pPr>
            <w:r>
              <w:rPr>
                <w:b/>
                <w:i w:val="0"/>
                <w:color w:val="FFFFFF"/>
                <w:sz w:val="30"/>
              </w:rPr>
              <w:t>[Nom de votre entreprise]</w:t>
            </w:r>
          </w:p>
          <w:p>
            <w:pPr>
              <w:spacing w:after="160" w:before="0"/>
              <w:jc w:val="left"/>
            </w:pPr>
            <w:r>
              <w:rPr>
                <w:b w:val="0"/>
                <w:i/>
                <w:color w:val="F3A9B9"/>
                <w:sz w:val="18"/>
              </w:rPr>
              <w:t>[Secteur d’activité]</w:t>
            </w:r>
          </w:p>
        </w:tc>
        <w:tc>
          <w:tcPr>
            <w:tcW w:type="dxa" w:w="3628"/>
            <w:shd w:val="clear" w:color="auto" w:fill="E11D48"/>
          </w:tcPr>
          <w:p>
            <w:pPr>
              <w:spacing w:before="200"/>
              <w:jc w:val="right"/>
            </w:pPr>
            <w:r>
              <w:rPr>
                <w:b/>
                <w:i w:val="0"/>
                <w:color w:val="FFFFFF"/>
                <w:sz w:val="28"/>
              </w:rPr>
              <w:t>FICHE DE POSTE</w:t>
            </w:r>
          </w:p>
        </w:tc>
      </w:tr>
    </w:tbl>
    <w:p>
      <w:pPr>
        <w:spacing w:after="80"/>
      </w:pPr>
    </w:p>
    <w:p>
      <w:pPr>
        <w:spacing w:after="20" w:before="0"/>
        <w:jc w:val="left"/>
      </w:pPr>
      <w:r>
        <w:rPr>
          <w:b/>
          <w:i w:val="0"/>
          <w:color w:val="E11D48"/>
          <w:sz w:val="36"/>
        </w:rPr>
        <w:t>[Intitulé du poste]</w:t>
      </w:r>
    </w:p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[…]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Rattachement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[…]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contrat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[CDI / CDD / …]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[Ville]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Statut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[Employé / Cadre]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Mise à jour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[MM/AAAA]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 PRINCIPALE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[Décrivez en 1 à 3 phrases la raison d’être du poste : quel est son but au sein de l’organisation ?]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ACTIVITÉS ET RESPONSABILITÉS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……………………………………………………………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……………………………………………………………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……………………………………………………………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……………………………………………………………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……………………………………………………………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 REQUISES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 (compétences techniques)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……………………………………………………………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……………………………………………………………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……………………………………………………………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Savoir-être (qualités personnelles)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……………………………………………………………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……………………………………………………………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……………………………………………………………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PROFIL RECHERCHÉ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Formation : […]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Expérience : […]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Compétences spécifiques : […]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Type de contrat et temps de travail : […]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Rémunération : […]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Avantages : […]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Date de prise de poste : […]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RELATIONS FONCTIONNELLES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[Indiquez les principaux interlocuteurs internes et externes du poste.]</w:t>
      </w:r>
    </w:p>
    <w:p>
      <w:pPr>
        <w:spacing w:after="80" w:before="200"/>
        <w:jc w:val="center"/>
      </w:pPr>
      <w:r>
        <w:rPr>
          <w:b w:val="0"/>
          <w:i/>
          <w:color w:val="6B7280"/>
          <w:sz w:val="15"/>
        </w:rPr>
        <w:t>Modèle de fiche de poste — à adapter à votre organisation.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