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Groupe Marceau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PME — Distribution de matériel professionnel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Assistant(e) administratif(ve)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Administration &amp; Gestion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Rattachement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Responsable administrative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contrat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CDI — Temps plein (35 h)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Lyon (69)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Statut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Employé(e)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Mise à jour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Juillet 2026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 PRINCIPALE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Assurer le bon fonctionnement administratif du service en gérant l’accueil, le traitement du courrier, la saisie et le suivi des dossiers, en appui de l’équipe.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ACTIVITÉS ET RESPONSABILITÉS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Accueil physique et téléphonique, orientation des interlocuteurs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Traitement du courrier entrant et sortant, gestion de la messagerie générique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Saisie, mise en forme et classement des documents (courriers, comptes rendus, tableaux)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Suivi administratif des dossiers clients et fournisseurs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Gestion des fournitures et des commandes de bureau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Organisation logistique des réunions et des déplacements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 REQUISES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Maîtrise du Pack Office (Word, Excel, Outlook)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Aisance rédactionnelle et orthographe irréprochable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Organisation et gestion des priorités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Savoir-être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Rigueur et discrétion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Sens du service et de l’accueil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Autonomie et esprit d’équipe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PROFIL RECHERCHÉ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Formation Bac +2 (BTS SAM, gestion PME-PMI) ou expérience équivalente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Première expérience réussie sur un poste similaire (1 à 2 ans)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CDI, temps plein — poste basé à Lyon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Rémunération selon profil et expérience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Tickets restaurant, mutuelle d’entreprise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Prise de poste : dès que possible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RELATIONS FONCTIONNELLES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En lien avec l’ensemble des services internes, ainsi qu’avec les clients, fournisseurs et prestataires.</w:t>
      </w:r>
    </w:p>
    <w:p>
      <w:pPr>
        <w:spacing w:after="80" w:before="200"/>
        <w:jc w:val="center"/>
      </w:pPr>
      <w:r>
        <w:rPr>
          <w:b w:val="0"/>
          <w:i/>
          <w:color w:val="6B7280"/>
          <w:sz w:val="15"/>
        </w:rPr>
        <w:t>Modèle de fiche de poste — à adapter à votre organisation.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