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  <w:shd w:val="clear" w:color="auto" w:fill="0D9488"/>
          </w:tcPr>
          <w:p>
            <w:pPr>
              <w:spacing w:before="160"/>
            </w:pPr>
            <w:r>
              <w:rPr>
                <w:b/>
                <w:i w:val="0"/>
                <w:color w:val="FFFFFF"/>
                <w:sz w:val="32"/>
              </w:rPr>
              <w:t>Novaconseil</w:t>
            </w:r>
          </w:p>
          <w:p>
            <w:pPr>
              <w:spacing w:after="100" w:before="0"/>
              <w:jc w:val="left"/>
            </w:pPr>
            <w:r>
              <w:rPr>
                <w:b w:val="0"/>
                <w:i/>
                <w:color w:val="A3D6D1"/>
                <w:sz w:val="20"/>
              </w:rPr>
              <w:t>Conseil &amp; formation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30 avenue de la République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75011 Paris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SARL · SIRET 799 452 310 00024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RCS Paris · TVA FR 42 799452310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contact@novaconseil.fr</w:t>
            </w:r>
          </w:p>
          <w:p>
            <w:pPr>
              <w:spacing w:after="120" w:before="0"/>
              <w:jc w:val="left"/>
            </w:pPr>
          </w:p>
        </w:tc>
        <w:tc>
          <w:tcPr>
            <w:tcW w:type="dxa" w:w="4252"/>
            <w:shd w:val="clear" w:color="auto" w:fill="0D9488"/>
          </w:tcPr>
          <w:p>
            <w:pPr>
              <w:spacing w:before="160"/>
              <w:jc w:val="right"/>
            </w:pPr>
            <w:r>
              <w:rPr>
                <w:b/>
                <w:i w:val="0"/>
                <w:color w:val="FFFFFF"/>
                <w:sz w:val="48"/>
              </w:rPr>
              <w:t>DEVIS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126"/>
              <w:gridCol w:w="2126"/>
            </w:tblGrid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A3D6D1"/>
                      <w:sz w:val="17"/>
                    </w:rPr>
                    <w:t>N° de devis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FFFFFF"/>
                      <w:sz w:val="19"/>
                    </w:rPr>
                    <w:t>D-2026-092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A3D6D1"/>
                      <w:sz w:val="17"/>
                    </w:rPr>
                    <w:t>Date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FFFFFF"/>
                      <w:sz w:val="19"/>
                    </w:rPr>
                    <w:t>07/07/2026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A3D6D1"/>
                      <w:sz w:val="17"/>
                    </w:rPr>
                    <w:t>Validité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FFFFFF"/>
                      <w:sz w:val="19"/>
                    </w:rPr>
                    <w:t>30 jours</w:t>
                  </w:r>
                </w:p>
              </w:tc>
            </w:tr>
          </w:tbl>
          <w:p/>
          <w:p>
            <w:pPr>
              <w:spacing w:after="120" w:before="0"/>
              <w:jc w:val="left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/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Groupe Estève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12 rue du Commerce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92300 Levallois-Perret</w:t>
            </w:r>
          </w:p>
        </w:tc>
        <w:tc>
          <w:tcPr>
            <w:tcW w:type="dxa" w:w="4252"/>
            <w:shd w:val="clear" w:color="auto" w:fill="0D9488"/>
          </w:tcPr>
          <w:p>
            <w:pPr>
              <w:spacing w:before="120"/>
              <w:jc w:val="center"/>
            </w:pPr>
            <w:r>
              <w:rPr>
                <w:b/>
                <w:i w:val="0"/>
                <w:color w:val="FFFFFF"/>
                <w:sz w:val="18"/>
              </w:rPr>
              <w:t>ESTIMATION</w:t>
            </w:r>
          </w:p>
          <w:p>
            <w:pPr>
              <w:spacing w:after="40" w:before="0"/>
              <w:jc w:val="center"/>
            </w:pPr>
            <w:r>
              <w:rPr>
                <w:b/>
                <w:i w:val="0"/>
                <w:color w:val="FFFFFF"/>
                <w:sz w:val="40"/>
              </w:rPr>
              <w:t>6 000,00 €</w:t>
            </w:r>
          </w:p>
          <w:p>
            <w:pPr>
              <w:spacing w:after="120" w:before="0"/>
              <w:jc w:val="center"/>
            </w:pPr>
            <w:r>
              <w:rPr>
                <w:b w:val="0"/>
                <w:i w:val="0"/>
                <w:color w:val="A3D6D1"/>
                <w:sz w:val="17"/>
              </w:rPr>
              <w:t>10 jours × 500 € HT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5329"/>
            <w:shd w:val="clear" w:color="auto" w:fill="0D9488"/>
          </w:tcPr>
          <w:p>
            <w:pPr>
              <w:spacing w:before="60" w:after="60"/>
              <w:jc w:val="left"/>
            </w:pPr>
            <w:r>
              <w:rPr>
                <w:b/>
                <w:i w:val="0"/>
                <w:color w:val="FFFFFF"/>
                <w:sz w:val="18"/>
              </w:rPr>
              <w:t>Désignation</w:t>
            </w:r>
          </w:p>
        </w:tc>
        <w:tc>
          <w:tcPr>
            <w:tcW w:type="dxa" w:w="907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Qté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P.U. HT</w:t>
            </w:r>
          </w:p>
        </w:tc>
        <w:tc>
          <w:tcPr>
            <w:tcW w:type="dxa" w:w="1020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TVA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Total HT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Accompagnement projet — estimation 10 jours à 500 € (TJM)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500,00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5 000,00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jc w:val="righ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Total HT estimé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5 000,00 €</w:t>
            </w:r>
          </w:p>
        </w:tc>
      </w:tr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TVA (20 %)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1 000,00 €</w:t>
            </w:r>
          </w:p>
        </w:tc>
      </w:tr>
      <w:tr>
        <w:tc>
          <w:tcPr>
            <w:tcW w:type="dxa" w:w="2721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2"/>
              </w:rPr>
              <w:t>Total TTC estimé</w:t>
            </w:r>
          </w:p>
        </w:tc>
        <w:tc>
          <w:tcPr>
            <w:tcW w:type="dxa" w:w="1928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6"/>
              </w:rPr>
              <w:t>6 000,00 €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EF2F7"/>
          </w:tcPr>
          <w:p>
            <w:pPr>
              <w:spacing w:before="120"/>
            </w:pPr>
            <w:r>
              <w:rPr>
                <w:b/>
                <w:i w:val="0"/>
                <w:color w:val="0D9488"/>
                <w:sz w:val="20"/>
              </w:rPr>
              <w:t>Conditions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Estimation au temps passé ; facturation selon les journées réellement consommées.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Point d’avancement mensuel.</w:t>
            </w:r>
          </w:p>
          <w:p>
            <w:pPr>
              <w:spacing w:after="80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[30 jours / 3 mois]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