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Plomberie Martin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Sanitaire &amp; chauffage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14 rue de la Fontaine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67000 Strasbourg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810 552 118 00025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21 810552118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Assurance décennale MAAF n° 77 004 552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contact@plomberie-martin.fr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 de plomberie (remplacement de chauffe-eau)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D-2026-EXE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15/07/2026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M. et Mme Klein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9 rue du Marché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67100 Strasbourg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792,00 €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Déplacement et forfait de prise en charge du dépannage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45,00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45,00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Dépose de l'ancien chauffe-eau et évacuation en déchèterie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Main-d'œuvre : pose et raccordement du nouveau ballon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3 heure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45,00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135,00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Chauffe-eau électrique 200 L (fourniture)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unité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420,00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420,00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Groupe de sécurité + siphon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unité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25,00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25,00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Raccords, flexibles et petites fournitures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35,00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35,00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720,00 €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(10 %)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72,00 €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792,00 €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30 % à la commande, solde à la fin des travaux.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Prix fermes pendant la durée de validité du devis.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30 jours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