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Studio Lumière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Photographe — micro-entreprise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3 rue Daguerre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75014 Paris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852 114 337 00019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EI · Dispensée d’immatriculation au RCS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contact@studio-lumiere.fr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 photographe mariage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D-2026-EXE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15/07/2026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Camille &amp; Thomas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—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2 250,00 €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valable 30 jours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5943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1009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626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Prix unitaire</w:t>
            </w:r>
          </w:p>
        </w:tc>
        <w:tc>
          <w:tcPr>
            <w:tcW w:type="dxa" w:w="1626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Forfait couverture mariage (préparatifs à soirée, 10 h de présence)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1 200,00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1 200,00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Retouche et livraison de 350 photos en haute définition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350,00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350,00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Galerie en ligne privée (partage et téléchargement, 12 mois)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90,00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90,00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Album photo 30x30 cm, 40 pages (option)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unité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320,00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320,00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Frais de déplacement aller-retour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80 km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0,50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Séance engagement avant le mariage (option)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séance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250,00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250,00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net à payer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2 250,00 €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30 % à la commande, solde à la fin des travaux.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Prix fermes pendant la durée de validité du devis.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TVA non applicable, art. 293 B du CGI.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30 jours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