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SARL Couleurs &amp; Déco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Peinture &amp; revêtements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5 rue des Peintres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44000 Nantes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523 118 004 00017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45 523118004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Assurance décennale AXA n° 55 210 118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contact@couleurs-deco.fr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Rousseau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21 rue des Lilas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44300 Nantes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4 312,00 €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Préparation des supports (rebouchage, ponçage, protection) — murs et plafonds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120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960,00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Application d'une sous-couche d'impression — murs et plafonds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120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Peinture acrylique mate, 2 couches sur murs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90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1 080,00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Peinture 2 couches sur plafonds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45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14,00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630,00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Mise en peinture laquée des boiseries (portes, plinthes, ébrasements)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Fournitures (peinture, enduit, adhésif, bâches de protection)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3 920,00 €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392,00 €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4 312,00 €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