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Julie Moreau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Développeuse web — micro-entreprise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18 rue des Capucins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69001 Lyon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SIRET 852 447 310 00024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EI · Dispensée d’immatriculation au RCS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julie.moreau.dev@email.fr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 informatique (création de site web)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D-2026-EXE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15/07/2026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Boutique Éclat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12 place du Marché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69002 Lyon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3 000,00 €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valable 30 jours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5943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1009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Prix unitaire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Atelier de cadrage et arborescence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350,00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Maquettage UX/UI (5 pages)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700,00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700,00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Intégration et développement responsive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1 200,00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1 200,00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Rédaction et intégration des contenus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5 page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300,00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Formulaire de contact conforme RGPD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150,00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150,00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Mise en ligne, hébergement et nom de domaine (1 an)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180,00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Formation à la prise en main du back-office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 forfait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120,00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net à payer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3 000,00 €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30 % à la commande, solde à la fin des travaux.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Prix fermes pendant la durée de validité du devis.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TVA non applicable, art. 293 B du CGI.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30 jours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