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Garage du Centre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Mécanique toutes marques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30 route de Vannes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35000 Rennes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490 771 220 00013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12 490771220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contact@garageducentre.fr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garage automobile (réparation)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M. Lemoine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 impasse des Ormes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35000 Rennes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435,60 €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Main-d'œuvre atelier T2 — freinage avant (dépose/repose)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1.5 heure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97,50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Jeu de plaquettes de frein avant (équipementier)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jeu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55,00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Disques de frein avant (la paire)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paire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92,00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92,00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Main-d'œuvre atelier T1 — vidange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0.5 heure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27,50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Huile moteur 5W-30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5 litre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11,00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55,00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Filtre à huile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unité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14,00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14,00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Filtre à air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unité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22,00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22,00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363,00 €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72,60 €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435,60 €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