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SARL Rénov’Habitat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Rénovation tous corps d’état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14 rue de l’Industrie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31200 Toulouse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517 660 402 00028 · RCS Toulouse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TVA FR 09 517660402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Assurance décennale MAAF n° 1234567 — France entière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 TRAVAUX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DT-2026-134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07/07/2026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 mois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Mme Garnier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9 allée des Chênes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31400 Toulouse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3 839,00 €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TVA 10 % incluse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Fourniture carrelage et faïence (8 m²)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640,00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640,00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Main-d’œuvre : dépose et pose du carrelage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880,00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880,00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Fourniture et pose meuble-vasque + robinetterie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1 350,00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1 350,00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Plomberie, évacuation et raccordements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620,00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620,00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3 490,00 €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(10 %)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349,00 €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3 839,00 €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Informations chantier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Durée estimée : 5 jours ouvrés.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Démarrage sous 3 semaines après acceptation.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sz w:val="19"/>
              </w:rPr>
              <w:t>TVA 10 % : logement achevé depuis plus de 2 ans.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