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Julie Moreau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Graphiste — micro-entreprise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18 rue des Capucins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69001 Lyon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852 114 337 00019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EI · Dispensée d’immatriculation au RCS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julie.moreau.design@email.fr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D-2026-018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 mois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Cave des Coteaux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 route des Vignerons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45130 Meung-sur-Loire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950,00 €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non applicable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5943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1009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Prix unitaire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Création d’identité visuelle (logo + charte)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650,00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650,00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Déclinaison papeterie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Bannières réseaux sociaux (×4)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950,00 €</w:t>
            </w:r>
          </w:p>
        </w:tc>
      </w:tr>
    </w:tbl>
    <w:p>
      <w:pPr>
        <w:spacing w:after="80"/>
      </w:pPr>
    </w:p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article 293 B du CGI (franchise en base de TVA).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