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shd w:val="clear" w:color="auto" w:fill="EA580C"/>
          </w:tcPr>
          <w:p>
            <w:pPr>
              <w:spacing w:before="160"/>
            </w:pPr>
            <w:r>
              <w:rPr>
                <w:b/>
                <w:i w:val="0"/>
                <w:color w:val="FFFFFF"/>
                <w:sz w:val="32"/>
              </w:rPr>
              <w:t>[Nom, Prénom de l’hébergeant]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F7BFA2"/>
                <w:sz w:val="18"/>
              </w:rPr>
              <w:t>[Adresse complète du logement]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F7BFA2"/>
                <w:sz w:val="18"/>
              </w:rPr>
              <w:t>[Code postal, Ville]</w:t>
            </w:r>
          </w:p>
          <w:p>
            <w:pPr>
              <w:spacing w:after="120" w:before="0"/>
              <w:jc w:val="left"/>
            </w:pPr>
          </w:p>
        </w:tc>
      </w:tr>
    </w:tbl>
    <w:p>
      <w:pPr>
        <w:spacing w:after="120"/>
      </w:pPr>
    </w:p>
    <w:p>
      <w:pPr>
        <w:spacing w:after="160" w:before="120"/>
        <w:jc w:val="right"/>
      </w:pPr>
      <w:r>
        <w:rPr>
          <w:b w:val="0"/>
          <w:i w:val="0"/>
          <w:color w:val="1E2935"/>
          <w:sz w:val="20"/>
        </w:rPr>
        <w:t>Fait à [Ville], le [__/__/____]</w:t>
      </w:r>
    </w:p>
    <w:p>
      <w:pPr>
        <w:spacing w:after="240" w:before="120"/>
        <w:jc w:val="center"/>
      </w:pPr>
      <w:r>
        <w:rPr>
          <w:b/>
          <w:i w:val="0"/>
          <w:color w:val="EA580C"/>
          <w:sz w:val="30"/>
        </w:rPr>
        <w:t>ATTESTATION D’HÉBERGEMENT</w:t>
      </w:r>
    </w:p>
    <w:p>
      <w:pPr>
        <w:spacing w:after="160" w:before="0"/>
        <w:jc w:val="both"/>
      </w:pPr>
      <w:r>
        <w:rPr>
          <w:b w:val="0"/>
          <w:i w:val="0"/>
          <w:color w:val="1E2935"/>
          <w:sz w:val="20"/>
        </w:rPr>
        <w:t>Je soussigné(e) [Nom, Prénom], demeurant [adresse complète], atteste sur l’honneur héberger gratuitement à mon domicile M. / Mme [Nom, Prénom], né(e) le [date] à [lieu], depuis le [date].</w:t>
      </w:r>
    </w:p>
    <w:p>
      <w:pPr>
        <w:spacing w:after="160" w:before="0"/>
        <w:jc w:val="both"/>
      </w:pPr>
      <w:r>
        <w:rPr>
          <w:b w:val="0"/>
          <w:i w:val="0"/>
          <w:color w:val="1E2935"/>
          <w:sz w:val="20"/>
        </w:rPr>
        <w:t>Cette attestation est destinée à justifier du domicile de la personne hébergée dans le cadre de ses démarches administratives, notamment une demande ou un renouvellement de titre de séjour.</w:t>
      </w:r>
    </w:p>
    <w:p>
      <w:pPr>
        <w:spacing w:after="160" w:before="0"/>
        <w:jc w:val="both"/>
      </w:pPr>
      <w:r>
        <w:rPr>
          <w:b w:val="0"/>
          <w:i w:val="0"/>
          <w:color w:val="1E2935"/>
          <w:sz w:val="20"/>
        </w:rPr>
        <w:t>Je joins une copie de ma pièce d’identité et un justificatif de domicile récent à mon nom.</w:t>
      </w:r>
    </w:p>
    <w:p>
      <w:pPr>
        <w:spacing w:after="20" w:before="120"/>
        <w:jc w:val="right"/>
      </w:pPr>
      <w:r>
        <w:rPr>
          <w:b/>
          <w:i w:val="0"/>
          <w:color w:val="EA580C"/>
          <w:sz w:val="20"/>
        </w:rPr>
        <w:t>L’hébergeant</w:t>
      </w:r>
    </w:p>
    <w:p>
      <w:pPr>
        <w:spacing w:after="20" w:before="0"/>
        <w:jc w:val="right"/>
      </w:pPr>
      <w:r>
        <w:rPr>
          <w:b w:val="0"/>
          <w:i w:val="0"/>
          <w:color w:val="1E2935"/>
          <w:sz w:val="20"/>
        </w:rPr>
        <w:t>[Nom, Prénom]</w:t>
      </w:r>
    </w:p>
    <w:p>
      <w:pPr>
        <w:spacing w:after="20" w:before="0"/>
        <w:jc w:val="right"/>
      </w:pPr>
      <w:r>
        <w:rPr>
          <w:b w:val="0"/>
          <w:i/>
          <w:color w:val="6B7280"/>
          <w:sz w:val="17"/>
        </w:rPr>
        <w:t>(signature)</w:t>
      </w:r>
    </w:p>
    <w:p>
      <w:pPr>
        <w:spacing w:after="20" w:before="120"/>
        <w:jc w:val="left"/>
      </w:pPr>
      <w:r>
        <w:rPr>
          <w:b w:val="0"/>
          <w:i/>
          <w:color w:val="6B7280"/>
          <w:sz w:val="16"/>
        </w:rPr>
        <w:t>À ne pas confondre avec l’attestation d’accueil (délivrée en mairie pour un séjour de courte durée d’un étranger soumis à visa). Fausse attestation : art. 441-7 du Code pénal.</w:t>
      </w:r>
    </w:p>
    <w:p>
      <w:pPr>
        <w:spacing w:after="80" w:before="120"/>
        <w:jc w:val="left"/>
      </w:pPr>
      <w:r>
        <w:rPr>
          <w:b w:val="0"/>
          <w:i/>
          <w:color w:val="6B7280"/>
          <w:sz w:val="15"/>
        </w:rPr>
        <w:t>Modèle — remplacez les champs entre crochets par vos informations.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