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  <w:jc w:val="left"/>
      </w:pPr>
      <w:r>
        <w:rPr>
          <w:b/>
          <w:i w:val="0"/>
          <w:color w:val="EA580C"/>
          <w:sz w:val="30"/>
        </w:rPr>
        <w:t>[Nom, Prénom de l’hébergeant]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8"/>
        </w:rPr>
        <w:t>[Adresse complète du logement]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8"/>
        </w:rPr>
        <w:t>[Code postal, Ville]</w:t>
      </w:r>
    </w:p>
    <w:p>
      <w:pPr>
        <w:spacing w:after="160" w:before="120"/>
        <w:jc w:val="right"/>
      </w:pPr>
      <w:r>
        <w:rPr>
          <w:b w:val="0"/>
          <w:i w:val="0"/>
          <w:color w:val="1E2935"/>
          <w:sz w:val="20"/>
        </w:rPr>
        <w:t>Fait à [Ville], le [__/__/____]</w:t>
      </w:r>
    </w:p>
    <w:p>
      <w:pPr>
        <w:spacing w:after="240" w:before="120"/>
        <w:jc w:val="center"/>
      </w:pPr>
      <w:r>
        <w:rPr>
          <w:b/>
          <w:i w:val="0"/>
          <w:color w:val="EA580C"/>
          <w:sz w:val="30"/>
        </w:rPr>
        <w:t>ATTESTATION D’HÉBERGEMENT SUR L’HONNEUR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Je soussigné(e) [Nom, Prénom], né(e) le [date] à [lieu], demeurant [adresse complète], atteste sur l’honneur héberger à mon domicile, à titre gratuit :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M. / Mme [Nom, Prénom de la personne hébergée], né(e) le [date] à [lieu], depuis le [date] (soit depuis plus de trois mois).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Je joins à la présente une copie de ma pièce d’identité et un justificatif de domicile de moins d’un an à mon nom.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Je certifie l’exactitude des informations ci-dessus et établis cette attestation pour servir et valoir ce que de droit.</w:t>
      </w:r>
    </w:p>
    <w:p>
      <w:pPr>
        <w:spacing w:after="20" w:before="120"/>
        <w:jc w:val="right"/>
      </w:pPr>
      <w:r>
        <w:rPr>
          <w:b/>
          <w:i w:val="0"/>
          <w:color w:val="EA580C"/>
          <w:sz w:val="20"/>
        </w:rPr>
        <w:t>L’hébergeant</w:t>
      </w:r>
    </w:p>
    <w:p>
      <w:pPr>
        <w:spacing w:after="20" w:before="0"/>
        <w:jc w:val="right"/>
      </w:pPr>
      <w:r>
        <w:rPr>
          <w:b w:val="0"/>
          <w:i w:val="0"/>
          <w:color w:val="1E2935"/>
          <w:sz w:val="20"/>
        </w:rPr>
        <w:t>[Nom, Prénom]</w:t>
      </w:r>
    </w:p>
    <w:p>
      <w:pPr>
        <w:spacing w:after="20" w:before="0"/>
        <w:jc w:val="right"/>
      </w:pPr>
      <w:r>
        <w:rPr>
          <w:b w:val="0"/>
          <w:i/>
          <w:color w:val="6B7280"/>
          <w:sz w:val="17"/>
        </w:rPr>
        <w:t>(signature)</w:t>
      </w:r>
    </w:p>
    <w:p>
      <w:pPr>
        <w:spacing w:after="20" w:before="120"/>
        <w:jc w:val="left"/>
      </w:pPr>
      <w:r>
        <w:rPr>
          <w:b w:val="0"/>
          <w:i/>
          <w:color w:val="6B7280"/>
          <w:sz w:val="16"/>
        </w:rPr>
        <w:t>Une fausse attestation est punie par la loi (articles 441-1 et 441-7 du Code pénal).</w:t>
      </w:r>
    </w:p>
    <w:p>
      <w:pPr>
        <w:spacing w:after="80" w:before="120"/>
        <w:jc w:val="left"/>
      </w:pPr>
      <w:r>
        <w:rPr>
          <w:b w:val="0"/>
          <w:i/>
          <w:color w:val="6B7280"/>
          <w:sz w:val="15"/>
        </w:rPr>
        <w:t>Modèle — remplacez les champs entre crochets par vos informations.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