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A580C"/>
              <w:left w:val="single" w:sz="12" w:space="6" w:color="EA580C"/>
              <w:bottom w:val="single" w:sz="12" w:space="6" w:color="EA580C"/>
              <w:right w:val="single" w:sz="12" w:space="6" w:color="EA580C"/>
            </w:tcBorders>
          </w:tcPr>
          <w:p>
            <w:pPr>
              <w:spacing w:before="80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EA580C"/>
                <w:sz w:val="28"/>
              </w:rPr>
              <w:t>[Nom, Prénom de l’hébergeant]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[Adresse complète du logement]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[Code postal, Ville]</w:t>
            </w:r>
          </w:p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A580C"/>
          <w:sz w:val="30"/>
        </w:rPr>
        <w:t>ATTESTATION D’HÉBERGEMENT — JUSTIFICATIF DE DOMICILE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demeurant [adresse complète], atteste sur l’honneur héberger à mon domicile M. / Mme [Nom, Prénom], depuis plus de trois mois.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La présente attestation est établie pour permettre à la personne hébergée de justifier de son domicile dans le cadre d’une demande de carte nationale d’identité ou de passeport.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joins ma pièce d’identité et un justificatif de domicile de moins d’un an à mon nom (facture d’énergie, quittance de loyer ou avis d’imposition).</w:t>
      </w:r>
    </w:p>
    <w:p>
      <w:pPr>
        <w:spacing w:after="20" w:before="120"/>
        <w:jc w:val="right"/>
      </w:pPr>
      <w:r>
        <w:rPr>
          <w:b/>
          <w:i w:val="0"/>
          <w:color w:val="EA580C"/>
          <w:sz w:val="20"/>
        </w:rPr>
        <w:t>L’hébergeant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Prénom]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La personne hébergée fournit : cette attestation + la pièce d’identité de l’hébergeant + un justificatif de domicile à son nom. Fausse attestation : art. 441-7 du Code pénal.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