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E11D48"/>
          <w:sz w:val="30"/>
        </w:rPr>
        <w:t>[Nom de la société]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[Adresse]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[Code postal, Ville]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SIRET [____________]</w:t>
      </w: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Fait à [Ville], le [__/__/____]</w:t>
      </w:r>
    </w:p>
    <w:p>
      <w:pPr>
        <w:spacing w:after="240" w:before="120"/>
        <w:jc w:val="center"/>
      </w:pPr>
      <w:r>
        <w:rPr>
          <w:b/>
          <w:i w:val="0"/>
          <w:color w:val="E11D48"/>
          <w:sz w:val="30"/>
        </w:rPr>
        <w:t>ATTESTATION DE TRAVAIL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soussigné(e) [Nom, Prénom], agissant en qualité de [fonction] de la société [Nom], atteste que :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M. / Mme [Nom, Prénom du salarié] est employé(e) dans notre entreprise depuis le [date d’entrée], en qualité de [intitulé du poste], dans le cadre d’un contrat à durée indéterminée [ou à durée déterminée jusqu’au …].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À ce jour, l’intéressé(e) fait toujours partie de nos effectifs.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La présente attestation est délivrée à la demande de l’intéressé(e) pour servir et valoir ce que de droit.</w:t>
      </w:r>
    </w:p>
    <w:p>
      <w:pPr>
        <w:spacing w:after="20" w:before="120"/>
        <w:jc w:val="right"/>
      </w:pPr>
      <w:r>
        <w:rPr>
          <w:b/>
          <w:i w:val="0"/>
          <w:color w:val="E11D48"/>
          <w:sz w:val="20"/>
        </w:rPr>
        <w:t>Pour la société [Nom]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[Nom, fonction et signature]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À ne pas confondre avec le certificat de travail (remis à la fin du contrat) ni l’attestation destinée à France Travail.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