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60"/>
            </w:pPr>
            <w:r>
              <w:rPr>
                <w:b/>
                <w:i w:val="0"/>
                <w:color w:val="FFFFFF"/>
                <w:sz w:val="32"/>
              </w:rPr>
              <w:t>[Nom de la société]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F3A9B9"/>
                <w:sz w:val="18"/>
              </w:rPr>
              <w:t>[Adresse]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F3A9B9"/>
                <w:sz w:val="18"/>
              </w:rPr>
              <w:t>[Code postal, Ville]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F3A9B9"/>
                <w:sz w:val="18"/>
              </w:rPr>
              <w:t>SIRET [____________]</w:t>
            </w:r>
          </w:p>
          <w:p>
            <w:pPr>
              <w:spacing w:after="120" w:before="0"/>
              <w:jc w:val="left"/>
            </w:pPr>
          </w:p>
        </w:tc>
      </w:tr>
    </w:tbl>
    <w:p>
      <w:pPr>
        <w:spacing w:after="120"/>
      </w:pPr>
    </w:p>
    <w:p>
      <w:pPr>
        <w:spacing w:after="160" w:before="120"/>
        <w:jc w:val="right"/>
      </w:pPr>
      <w:r>
        <w:rPr>
          <w:b w:val="0"/>
          <w:i w:val="0"/>
          <w:color w:val="1E2935"/>
          <w:sz w:val="20"/>
        </w:rPr>
        <w:t>Fait à [Ville], le [__/__/____]</w:t>
      </w:r>
    </w:p>
    <w:p>
      <w:pPr>
        <w:spacing w:after="240" w:before="120"/>
        <w:jc w:val="center"/>
      </w:pPr>
      <w:r>
        <w:rPr>
          <w:b/>
          <w:i w:val="0"/>
          <w:color w:val="E11D48"/>
          <w:sz w:val="30"/>
        </w:rPr>
        <w:t>ATTESTATION DE PRÉSENCE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soussigné(e) [Nom, Prénom], [fonction] de la société [Nom], atteste que M. / Mme [Nom, Prénom], [poste], était présent(e) et en activité au sein de notre entreprise sur la période du [date] au [date].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La présente attestation est établie à la demande de l’intéressé(e) pour servir et valoir ce que de droit.</w:t>
      </w:r>
    </w:p>
    <w:p>
      <w:pPr>
        <w:spacing w:after="20" w:before="120"/>
        <w:jc w:val="right"/>
      </w:pPr>
      <w:r>
        <w:rPr>
          <w:b/>
          <w:i w:val="0"/>
          <w:color w:val="E11D48"/>
          <w:sz w:val="20"/>
        </w:rPr>
        <w:t>Pour la société [Nom]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20"/>
        </w:rPr>
        <w:t>[Nom, fonction et signature]</w:t>
      </w:r>
    </w:p>
    <w:p>
      <w:pPr>
        <w:spacing w:after="20" w:before="0"/>
        <w:jc w:val="right"/>
      </w:pPr>
      <w:r>
        <w:rPr>
          <w:b w:val="0"/>
          <w:i/>
          <w:color w:val="6B7280"/>
          <w:sz w:val="17"/>
        </w:rPr>
        <w:t>(signature)</w:t>
      </w:r>
    </w:p>
    <w:p>
      <w:pPr>
        <w:spacing w:after="20" w:before="120"/>
        <w:jc w:val="left"/>
      </w:pPr>
      <w:r>
        <w:rPr>
          <w:b w:val="0"/>
          <w:i/>
          <w:color w:val="6B7280"/>
          <w:sz w:val="16"/>
        </w:rPr>
        <w:t>Utile pour justifier d’une période d’activité auprès d’un organisme, d’une administration ou d’un centre de formation.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