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6" w:color="E11D48"/>
              <w:left w:val="single" w:sz="12" w:space="6" w:color="E11D48"/>
              <w:bottom w:val="single" w:sz="12" w:space="6" w:color="E11D48"/>
              <w:right w:val="single" w:sz="12" w:space="6" w:color="E11D48"/>
            </w:tcBorders>
          </w:tcPr>
          <w:p>
            <w:pPr>
              <w:spacing w:before="80"/>
            </w:pP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E11D48"/>
                <w:sz w:val="28"/>
              </w:rPr>
              <w:t>[Nom de la société]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[Adresse]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[Code postal, Ville]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8"/>
              </w:rPr>
              <w:t>SIRET [____________]</w:t>
            </w:r>
          </w:p>
          <w:p>
            <w:pPr>
              <w:spacing w:after="40"/>
            </w:pPr>
          </w:p>
        </w:tc>
      </w:tr>
    </w:tbl>
    <w:p>
      <w:pPr>
        <w:spacing w:after="120"/>
      </w:pP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Fait à [Ville], le [__/__/____]</w:t>
      </w:r>
    </w:p>
    <w:p>
      <w:pPr>
        <w:spacing w:after="240" w:before="120"/>
        <w:jc w:val="center"/>
      </w:pPr>
      <w:r>
        <w:rPr>
          <w:b/>
          <w:i w:val="0"/>
          <w:color w:val="E11D48"/>
          <w:sz w:val="30"/>
        </w:rPr>
        <w:t>ATTESTATION D’EMPLOI ET DE RÉMUNÉRATION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soussigné(e) [Nom, Prénom], [fonction] de la société [Nom] (SIRET [____]), atteste que M. / Mme [Nom, Prénom] est employé(e) dans notre entreprise depuis le [date], en qualité de [poste], en contrat à durée indéterminée.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Sa rémunération brute mensuelle s’élève actuellement à [montant] €, soit environ [montant] € net, versée sur [12 / 13] mois.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L’intéressé(e) n’est ni démissionnaire ni en cours de préavis à la date de la présente.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Cette attestation est délivrée à sa demande en vue d’une démarche personnelle (dossier bancaire, location…).</w:t>
      </w:r>
    </w:p>
    <w:p>
      <w:pPr>
        <w:spacing w:after="20" w:before="120"/>
        <w:jc w:val="right"/>
      </w:pPr>
      <w:r>
        <w:rPr>
          <w:b/>
          <w:i w:val="0"/>
          <w:color w:val="E11D48"/>
          <w:sz w:val="20"/>
        </w:rPr>
        <w:t>Pour la société [Nom]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[Nom, fonction et signature]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Document fréquemment demandé par les banques et les bailleurs. Renseignez la rémunération exacte figurant sur le bulletin de paie.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