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1F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31577A"/>
                <w:sz w:val="24"/>
              </w:rPr>
              <w:t>Campus Digital Ouest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4 rue du Faubourg, 45000 Orléans — NDA fictif 24450321945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1F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1577A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ATT-ATTESTAT-02-2026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31577A"/>
          <w:sz w:val="30"/>
        </w:rPr>
        <w:t>ATTESTATION DE FORMATION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Attestation de formation à distance</w:t>
      </w:r>
    </w:p>
    <w:p>
      <w:pPr>
        <w:spacing w:after="120"/>
      </w:pPr>
      <w:r>
        <w:rPr>
          <w:rFonts w:ascii="Calibri" w:hAnsi="Calibri"/>
          <w:b w:val="0"/>
        </w:rPr>
        <w:t>Je soussigné(e), Anaïs Mercier, directrice de formation,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Bénéficiaire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Jade Rousseau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Action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Conduire un entretien professionnel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Dates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du 15 au 22 juin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Durée réalisée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12 heures réalisées à distance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7"/>
              </w:rPr>
              <w:t>Constat / résultat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participation complète aux quatre classes virtuelles et remise des deux exercices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EAF1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77A"/>
                <w:sz w:val="16"/>
              </w:rPr>
              <w:t>Le document distingue la participation de la réussite. Une réussite n’est indiquée que lorsqu’une évaluation et son résultat sont conservés.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31577A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journal de connexion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programme et calendrier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31577A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Anaïs Mercier, directrice de formation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